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[Mathilde Lefèvre]</w:t>
      </w:r>
    </w:p>
    <w:p>
      <w:pPr>
        <w:spacing w:after="0"/>
      </w:pPr>
      <w:r>
        <w:rPr>
          <w:b w:val="0"/>
          <w:color w:val="2446A6"/>
        </w:rPr>
        <w:t>[15 rue des Lilas, 75020 Paris]</w:t>
      </w:r>
    </w:p>
    <w:p>
      <w:pPr>
        <w:spacing w:after="0"/>
      </w:pPr>
      <w:r>
        <w:rPr>
          <w:b w:val="0"/>
          <w:color w:val="2446A6"/>
        </w:rPr>
        <w:t>[07 69 85 47 32]</w:t>
      </w:r>
    </w:p>
    <w:p>
      <w:pPr>
        <w:spacing w:after="0"/>
      </w:pPr>
      <w:r>
        <w:rPr>
          <w:b w:val="0"/>
          <w:color w:val="2446A6"/>
        </w:rPr>
        <w:t>[mathilde.lefevre@email.fr]</w:t>
      </w:r>
    </w:p>
    <w:p/>
    <w:p>
      <w:pPr>
        <w:spacing w:after="0"/>
        <w:jc w:val="right"/>
      </w:pPr>
      <w:r>
        <w:rPr>
          <w:b w:val="0"/>
        </w:rPr>
        <w:t>À l’attention de la commission d’examen des vœux</w:t>
      </w:r>
    </w:p>
    <w:p>
      <w:pPr>
        <w:spacing w:after="0"/>
        <w:jc w:val="right"/>
      </w:pPr>
      <w:r>
        <w:rPr>
          <w:b w:val="0"/>
        </w:rPr>
        <w:t xml:space="preserve">Parcoursup – </w:t>
      </w:r>
      <w:r>
        <w:rPr>
          <w:b w:val="0"/>
          <w:color w:val="2446A6"/>
        </w:rPr>
        <w:t>[Université Paris Nanterre]</w:t>
      </w:r>
    </w:p>
    <w:p>
      <w:pPr>
        <w:spacing w:after="0"/>
        <w:jc w:val="right"/>
      </w:pPr>
      <w:r>
        <w:rPr>
          <w:b w:val="0"/>
          <w:color w:val="2446A6"/>
        </w:rPr>
        <w:t>[200 avenue de la République, 92001 Nanterre Cedex]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[29 mars 2027]</w:t>
      </w:r>
    </w:p>
    <w:p>
      <w:r>
        <w:rPr>
          <w:b/>
        </w:rPr>
        <w:t xml:space="preserve">Objet : Candidature pour la </w:t>
      </w:r>
      <w:r>
        <w:rPr>
          <w:b/>
          <w:color w:val="2446A6"/>
        </w:rPr>
        <w:t>[Licence mention Psychologie]</w:t>
      </w:r>
      <w:r>
        <w:rPr>
          <w:b/>
        </w:rPr>
        <w:t xml:space="preserve"> – </w:t>
      </w:r>
      <w:r>
        <w:rPr>
          <w:b/>
          <w:color w:val="2446A6"/>
        </w:rPr>
        <w:t>[Université Paris Nanterre]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terminale générale avec les spécialités </w:t>
      </w:r>
      <w:r>
        <w:rPr>
          <w:b w:val="0"/>
          <w:color w:val="2446A6"/>
        </w:rPr>
        <w:t>[Sciences économiques et sociales]</w:t>
      </w:r>
      <w:r>
        <w:rPr>
          <w:b w:val="0"/>
        </w:rPr>
        <w:t xml:space="preserve"> et </w:t>
      </w:r>
      <w:r>
        <w:rPr>
          <w:b w:val="0"/>
          <w:color w:val="2446A6"/>
        </w:rPr>
        <w:t>[Humanités, littérature et philosophie]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[Lycée Victor Hugo]</w:t>
      </w:r>
      <w:r>
        <w:rPr>
          <w:b w:val="0"/>
        </w:rPr>
        <w:t xml:space="preserve"> à </w:t>
      </w:r>
      <w:r>
        <w:rPr>
          <w:b w:val="0"/>
          <w:color w:val="2446A6"/>
        </w:rPr>
        <w:t>[Paris]</w:t>
      </w:r>
      <w:r>
        <w:rPr>
          <w:b w:val="0"/>
        </w:rPr>
        <w:t xml:space="preserve">, j’ai découvert la psychologie sociale lors d’un stage d’observation de </w:t>
      </w:r>
      <w:r>
        <w:rPr>
          <w:b w:val="0"/>
          <w:color w:val="2446A6"/>
        </w:rPr>
        <w:t>[trois jours]</w:t>
      </w:r>
      <w:r>
        <w:rPr>
          <w:b w:val="0"/>
        </w:rPr>
        <w:t xml:space="preserve"> au </w:t>
      </w:r>
      <w:r>
        <w:rPr>
          <w:b w:val="0"/>
          <w:color w:val="2446A6"/>
        </w:rPr>
        <w:t>[cabinet de conseil en ressources humaines Alixio]</w:t>
      </w:r>
      <w:r>
        <w:rPr>
          <w:b w:val="0"/>
        </w:rPr>
        <w:t xml:space="preserve">. Ce contact direct avec le métier de </w:t>
      </w:r>
      <w:r>
        <w:rPr>
          <w:b w:val="0"/>
          <w:color w:val="2446A6"/>
        </w:rPr>
        <w:t>[psychologue du travail]</w:t>
      </w:r>
      <w:r>
        <w:rPr>
          <w:b w:val="0"/>
        </w:rPr>
        <w:t xml:space="preserve"> m’a conforté dans mon choix.</w:t>
      </w:r>
    </w:p>
    <w:p>
      <w:r>
        <w:rPr>
          <w:b w:val="0"/>
        </w:rPr>
        <w:t xml:space="preserve">La licence mention Psychologie que vous proposez s’appuie sur une approche pluridisciplinaire qui correspond à mon appétence pour les sciences humaines et l’analyse des comportements. La possibilité de suivre l’option </w:t>
      </w:r>
      <w:r>
        <w:rPr>
          <w:b w:val="0"/>
          <w:color w:val="2446A6"/>
        </w:rPr>
        <w:t>[Psychologie cognitive]</w:t>
      </w:r>
      <w:r>
        <w:rPr>
          <w:b w:val="0"/>
        </w:rPr>
        <w:t xml:space="preserve"> dès la deuxième année renforcerait mon projet de master en </w:t>
      </w:r>
      <w:r>
        <w:rPr>
          <w:b w:val="0"/>
          <w:color w:val="2446A6"/>
        </w:rPr>
        <w:t>[psychologie sociale]</w:t>
      </w:r>
      <w:r>
        <w:rPr>
          <w:b w:val="0"/>
        </w:rPr>
        <w:t>, puis d’exercice en entreprise.</w:t>
      </w:r>
    </w:p>
    <w:p>
      <w:r>
        <w:rPr>
          <w:b w:val="0"/>
        </w:rPr>
        <w:t xml:space="preserve">Je souhaite contribuer à la vie du campus en intégrant l’association étudiante </w:t>
      </w:r>
      <w:r>
        <w:rPr>
          <w:b w:val="0"/>
          <w:color w:val="2446A6"/>
        </w:rPr>
        <w:t>[Psy’Nanterre]</w:t>
      </w:r>
      <w:r>
        <w:rPr>
          <w:b w:val="0"/>
        </w:rPr>
        <w:t xml:space="preserve"> et mettre à profit mon expérience de </w:t>
      </w:r>
      <w:r>
        <w:rPr>
          <w:b w:val="0"/>
          <w:color w:val="2446A6"/>
        </w:rPr>
        <w:t>[délégué de classe]</w:t>
      </w:r>
      <w:r>
        <w:rPr>
          <w:b w:val="0"/>
        </w:rPr>
        <w:t xml:space="preserve"> pour participer à l’organisation d’événements autour de la santé mentale.</w:t>
      </w:r>
    </w:p>
    <w:p>
      <w:r>
        <w:rPr>
          <w:b w:val="0"/>
        </w:rPr>
        <w:t>Dans l’attente de l’examen de ma candidature,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[Mathilde Lefèvre]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Parcoursup : combien de caractères pour la lettre de motivation ?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