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[M. Jean DUPONT]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[75010 Paris]</w:t>
      </w:r>
    </w:p>
    <w:p>
      <w:pPr>
        <w:spacing w:after="0"/>
      </w:pPr>
      <w:r>
        <w:rPr>
          <w:b w:val="0"/>
          <w:color w:val="2446A6"/>
        </w:rPr>
        <w:t>[Tél. 06 12 34 56 78]</w:t>
      </w:r>
    </w:p>
    <w:p>
      <w:pPr>
        <w:spacing w:after="0"/>
      </w:pPr>
      <w:r>
        <w:rPr>
          <w:b w:val="0"/>
          <w:color w:val="2446A6"/>
        </w:rPr>
        <w:t>[jean.dupont@email.fr]</w:t>
      </w:r>
    </w:p>
    <w:p/>
    <w:p>
      <w:pPr>
        <w:spacing w:after="0"/>
        <w:jc w:val="right"/>
      </w:pPr>
      <w:r>
        <w:rPr>
          <w:b w:val="0"/>
        </w:rPr>
        <w:t>Mairie de Paris</w:t>
      </w:r>
    </w:p>
    <w:p>
      <w:pPr>
        <w:spacing w:after="0"/>
        <w:jc w:val="right"/>
      </w:pPr>
      <w:r>
        <w:rPr>
          <w:b w:val="0"/>
        </w:rPr>
        <w:t>Service de l’État Civil</w:t>
      </w:r>
    </w:p>
    <w:p>
      <w:pPr>
        <w:spacing w:after="0"/>
        <w:jc w:val="right"/>
      </w:pPr>
      <w:r>
        <w:rPr>
          <w:b w:val="0"/>
        </w:rPr>
        <w:t>3 rue de Lobau</w:t>
      </w:r>
    </w:p>
    <w:p>
      <w:pPr>
        <w:spacing w:after="0"/>
        <w:jc w:val="right"/>
      </w:pPr>
      <w:r>
        <w:rPr>
          <w:b w:val="0"/>
        </w:rPr>
        <w:t>75004 Paris</w:t>
      </w:r>
    </w:p>
    <w:p/>
    <w:p>
      <w:pPr>
        <w:jc w:val="right"/>
      </w:pPr>
      <w:r>
        <w:rPr>
          <w:b w:val="0"/>
        </w:rPr>
        <w:t xml:space="preserve">À Paris,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Procuration pour le retrait d’un extrait d’acte de naissance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[M. Jean DUPONT]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[14 mars 1975]</w:t>
      </w:r>
      <w:r>
        <w:rPr>
          <w:b w:val="0"/>
        </w:rPr>
        <w:t xml:space="preserve"> à </w:t>
      </w:r>
      <w:r>
        <w:rPr>
          <w:b w:val="0"/>
          <w:color w:val="2446A6"/>
        </w:rPr>
        <w:t>[Lyon (69002)]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[12 rue des Lilas, 75010 Paris]</w:t>
      </w:r>
      <w:r>
        <w:rPr>
          <w:b w:val="0"/>
        </w:rPr>
        <w:t xml:space="preserve">, donne procuration à </w:t>
      </w:r>
      <w:r>
        <w:rPr>
          <w:b w:val="0"/>
          <w:color w:val="2446A6"/>
        </w:rPr>
        <w:t>[Mme Marie DUPONT]</w:t>
      </w:r>
      <w:r>
        <w:rPr>
          <w:b w:val="0"/>
        </w:rPr>
        <w:t xml:space="preserve">, née le </w:t>
      </w:r>
      <w:r>
        <w:rPr>
          <w:b w:val="0"/>
          <w:color w:val="2446A6"/>
        </w:rPr>
        <w:t>[3 août 1980]</w:t>
      </w:r>
      <w:r>
        <w:rPr>
          <w:b w:val="0"/>
        </w:rPr>
        <w:t xml:space="preserve"> à </w:t>
      </w:r>
      <w:r>
        <w:rPr>
          <w:b w:val="0"/>
          <w:color w:val="2446A6"/>
        </w:rPr>
        <w:t>[Marseille (13008)]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[45 avenue Victor Hugo, 75016 Paris]</w:t>
      </w:r>
      <w:r>
        <w:rPr>
          <w:b w:val="0"/>
        </w:rPr>
        <w:t xml:space="preserve">, à l’effet de retirer en mes lieu et place l’extrait d’acte de naissance avec filiation me concernant, établi le </w:t>
      </w:r>
      <w:r>
        <w:rPr>
          <w:b w:val="0"/>
          <w:color w:val="2446A6"/>
        </w:rPr>
        <w:t>[10 janvier 1980]</w:t>
      </w:r>
      <w:r>
        <w:rPr>
          <w:b w:val="0"/>
        </w:rPr>
        <w:t xml:space="preserve"> par l’officier d’état civil de la Mairie de Lyon. Ce document a fait l’objet d’une demande le </w:t>
      </w:r>
      <w:r>
        <w:rPr>
          <w:b w:val="0"/>
          <w:color w:val="2446A6"/>
        </w:rPr>
        <w:t>[15 septembre 2026]</w:t>
      </w:r>
      <w:r>
        <w:rPr>
          <w:b w:val="0"/>
        </w:rPr>
        <w:t xml:space="preserve"> enregistrée sous la référence </w:t>
      </w:r>
      <w:r>
        <w:rPr>
          <w:b w:val="0"/>
          <w:color w:val="2446A6"/>
        </w:rPr>
        <w:t>[2026-ACT3452]</w:t>
      </w:r>
      <w:r>
        <w:rPr>
          <w:b w:val="0"/>
        </w:rPr>
        <w:t>.</w:t>
      </w:r>
    </w:p>
    <w:p>
      <w:r>
        <w:rPr>
          <w:b w:val="0"/>
        </w:rPr>
        <w:t>Conformément à l’article 1984 du Code civil, la présente procuration habilite expressément le mandataire à accomplir toutes les formalités administratives liées au retrait dudit document, à en délivrer décharge et à le recevoir. Ce pouvoir est strictement confiné à cette opération et ne saurait valoir mandat général ni engagement financier du mandant.</w:t>
      </w:r>
    </w:p>
    <w:p>
      <w:r>
        <w:rPr>
          <w:b w:val="0"/>
        </w:rPr>
        <w:t>Je joins à cette procuration une photocopie recto-verso de ma carte nationale d’identité en cours de validité. Le mandataire présentera également sa propre pièce d’identité originale lors du retrait et apposera sa signature sur le registre mis à disposition.</w:t>
      </w:r>
    </w:p>
    <w:p>
      <w:r>
        <w:rPr>
          <w:b w:val="0"/>
        </w:rPr>
        <w:t xml:space="preserve">La présente procuration demeure valable jusqu’au </w:t>
      </w:r>
      <w:r>
        <w:rPr>
          <w:b w:val="0"/>
          <w:color w:val="2446A6"/>
        </w:rPr>
        <w:t>[24 décembre 2026]</w:t>
      </w:r>
      <w:r>
        <w:rPr>
          <w:b w:val="0"/>
        </w:rPr>
        <w:t>. Au-delà de cette date, elle sera réputée caduque sans qu’il soit besoin d’une révocation expresse.</w:t>
      </w:r>
    </w:p>
    <w:p>
      <w:r>
        <w:rPr>
          <w:b w:val="0"/>
        </w:rPr>
        <w:t xml:space="preserve">Fait à Paris, le </w:t>
      </w:r>
      <w:r>
        <w:rPr>
          <w:b w:val="0"/>
          <w:color w:val="2446A6"/>
        </w:rPr>
        <w:t>[24 septembre 2026]</w:t>
      </w:r>
      <w:r>
        <w:rPr>
          <w:b w:val="0"/>
        </w:rPr>
        <w:t>. Signature précédée de la mention manuscrite « Bon pour pouvoir » :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[Jean DUPONT]</w:t>
      </w:r>
    </w:p>
    <w:p/>
    <w:p>
      <w:r>
        <w:rPr>
          <w:b w:val="0"/>
        </w:rPr>
        <w:t>Pièce jointe : photocopie de la carte nationale d’identité de M. Jean DUPONT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procuration pour récupérer un document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