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[Prénom Nom]</w:t>
      </w:r>
    </w:p>
    <w:p>
      <w:pPr>
        <w:spacing w:after="0"/>
      </w:pPr>
      <w:r>
        <w:rPr>
          <w:b w:val="0"/>
          <w:color w:val="2446A6"/>
        </w:rPr>
        <w:t>[Numéro et rue]</w:t>
      </w:r>
    </w:p>
    <w:p>
      <w:pPr>
        <w:spacing w:after="0"/>
      </w:pPr>
      <w:r>
        <w:rPr>
          <w:b w:val="0"/>
          <w:color w:val="2446A6"/>
        </w:rPr>
        <w:t>[Code postal]</w:t>
      </w:r>
      <w:r>
        <w:rPr>
          <w:b w:val="0"/>
        </w:rPr>
        <w:t xml:space="preserve"> </w:t>
      </w:r>
      <w:r>
        <w:rPr>
          <w:b w:val="0"/>
          <w:color w:val="2446A6"/>
        </w:rPr>
        <w:t>[Ville]</w:t>
      </w:r>
    </w:p>
    <w:p>
      <w:pPr>
        <w:spacing w:after="0"/>
      </w:pPr>
      <w:r>
        <w:rPr>
          <w:b w:val="0"/>
        </w:rPr>
        <w:t xml:space="preserve">Tél. : </w:t>
      </w:r>
      <w:r>
        <w:rPr>
          <w:b w:val="0"/>
          <w:color w:val="2446A6"/>
        </w:rPr>
        <w:t>[numéro]</w:t>
      </w:r>
    </w:p>
    <w:p/>
    <w:p>
      <w:pPr>
        <w:spacing w:after="0"/>
        <w:jc w:val="right"/>
      </w:pPr>
      <w:r>
        <w:rPr>
          <w:b w:val="0"/>
        </w:rPr>
        <w:t xml:space="preserve">La Poste – Bureau de </w:t>
      </w:r>
      <w:r>
        <w:rPr>
          <w:b w:val="0"/>
          <w:color w:val="2446A6"/>
        </w:rPr>
        <w:t>[Ville]</w:t>
      </w:r>
    </w:p>
    <w:p>
      <w:pPr>
        <w:spacing w:after="0"/>
        <w:jc w:val="right"/>
      </w:pPr>
      <w:r>
        <w:rPr>
          <w:b w:val="0"/>
          <w:color w:val="2446A6"/>
        </w:rPr>
        <w:t>[Adresse du bureau de poste]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[Ville]</w:t>
      </w:r>
      <w:r>
        <w:rPr>
          <w:b w:val="0"/>
        </w:rPr>
        <w:t xml:space="preserve">, le </w:t>
      </w:r>
      <w:r>
        <w:rPr>
          <w:b w:val="0"/>
          <w:color w:val="2446A6"/>
        </w:rPr>
        <w:t>[date]</w:t>
      </w:r>
    </w:p>
    <w:p>
      <w:r>
        <w:rPr>
          <w:b/>
        </w:rPr>
        <w:t>Objet : Procuration pour le retrait de courriers et colis</w:t>
      </w:r>
    </w:p>
    <w:p/>
    <w:p>
      <w:r>
        <w:rPr>
          <w:b w:val="0"/>
        </w:rPr>
        <w:t>Madame, Monsieur,</w:t>
      </w:r>
    </w:p>
    <w:p>
      <w:r>
        <w:rPr>
          <w:b w:val="0"/>
        </w:rPr>
        <w:t xml:space="preserve">Je soussigné(e) </w:t>
      </w:r>
      <w:r>
        <w:rPr>
          <w:b w:val="0"/>
          <w:color w:val="2446A6"/>
        </w:rPr>
        <w:t>[Prénom Nom]</w:t>
      </w:r>
      <w:r>
        <w:rPr>
          <w:b w:val="0"/>
        </w:rPr>
        <w:t xml:space="preserve">, né(e) le </w:t>
      </w:r>
      <w:r>
        <w:rPr>
          <w:b w:val="0"/>
          <w:color w:val="2446A6"/>
        </w:rPr>
        <w:t>[date de naissance]</w:t>
      </w:r>
      <w:r>
        <w:rPr>
          <w:b w:val="0"/>
        </w:rPr>
        <w:t xml:space="preserve"> à </w:t>
      </w:r>
      <w:r>
        <w:rPr>
          <w:b w:val="0"/>
          <w:color w:val="2446A6"/>
        </w:rPr>
        <w:t>[lieu]</w:t>
      </w:r>
      <w:r>
        <w:rPr>
          <w:b w:val="0"/>
        </w:rPr>
        <w:t>, titulaire de la carte nationale d'identité n°</w:t>
      </w:r>
      <w:r>
        <w:rPr>
          <w:b w:val="0"/>
          <w:color w:val="2446A6"/>
        </w:rPr>
        <w:t>[numéro de CNI]</w:t>
      </w:r>
      <w:r>
        <w:rPr>
          <w:b w:val="0"/>
        </w:rPr>
        <w:t xml:space="preserve"> délivrée le </w:t>
      </w:r>
      <w:r>
        <w:rPr>
          <w:b w:val="0"/>
          <w:color w:val="2446A6"/>
        </w:rPr>
        <w:t>[date de délivrance]</w:t>
      </w:r>
      <w:r>
        <w:rPr>
          <w:b w:val="0"/>
        </w:rPr>
        <w:t xml:space="preserve">, vous prie de bien vouloir enregistrer une procuration permanente au bénéfice de </w:t>
      </w:r>
      <w:r>
        <w:rPr>
          <w:b w:val="0"/>
          <w:color w:val="2446A6"/>
        </w:rPr>
        <w:t>[Prénom Nom du mandataire]</w:t>
      </w:r>
      <w:r>
        <w:rPr>
          <w:b w:val="0"/>
        </w:rPr>
        <w:t xml:space="preserve">, né(e) le </w:t>
      </w:r>
      <w:r>
        <w:rPr>
          <w:b w:val="0"/>
          <w:color w:val="2446A6"/>
        </w:rPr>
        <w:t>[date de naissance du mandataire]</w:t>
      </w:r>
      <w:r>
        <w:rPr>
          <w:b w:val="0"/>
        </w:rPr>
        <w:t xml:space="preserve">, demeurant au </w:t>
      </w:r>
      <w:r>
        <w:rPr>
          <w:b w:val="0"/>
          <w:color w:val="2446A6"/>
        </w:rPr>
        <w:t>[adresse du mandataire]</w:t>
      </w:r>
      <w:r>
        <w:rPr>
          <w:b w:val="0"/>
        </w:rPr>
        <w:t>.</w:t>
      </w:r>
    </w:p>
    <w:p>
      <w:r>
        <w:rPr>
          <w:b w:val="0"/>
        </w:rPr>
        <w:t>Cette procuration autorise le mandataire à retirer l'ensemble de mes courriers, colis et envois recommandés adressés à mon nom, sur présentation de sa propre pièce d'identité, pour une durée de cinq ans à compter de ce jour, conformément à l'article 1984 du Code civil.</w:t>
      </w:r>
    </w:p>
    <w:p>
      <w:r>
        <w:rPr>
          <w:b w:val="0"/>
        </w:rPr>
        <w:t>Je me tiens à votre disposition pour toute vérification complémentaire et vous remets ce jour l'original de ma pièce d'identité afin de procéder à la création de la procuration dans votre système.</w:t>
      </w:r>
    </w:p>
    <w:p>
      <w:r>
        <w:rPr>
          <w:b w:val="0"/>
        </w:rPr>
        <w:t>Veuillez agréer, Madame, Monsieur, l'expression de mes salutations distinguées.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p/>
    <w:p>
      <w:r>
        <w:rPr>
          <w:b w:val="0"/>
        </w:rPr>
        <w:t>Pièce jointe : copie de la carte nationale d'identité du mandant.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de procuration pour la Poste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