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[Jean Dupont]</w:t>
      </w:r>
    </w:p>
    <w:p>
      <w:pPr>
        <w:spacing w:after="0"/>
      </w:pPr>
      <w:r>
        <w:rPr>
          <w:b w:val="0"/>
          <w:color w:val="2446A6"/>
        </w:rPr>
        <w:t>[12 rue des Lilas, 75010 Paris]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[jean.dupont@mail.com]</w:t>
      </w:r>
    </w:p>
    <w:p/>
    <w:p>
      <w:pPr>
        <w:spacing w:after="0"/>
        <w:jc w:val="right"/>
      </w:pPr>
      <w:r>
        <w:rPr>
          <w:b w:val="0"/>
          <w:color w:val="2446A6"/>
        </w:rPr>
        <w:t>[Madame/Monsieur]</w:t>
      </w:r>
      <w:r>
        <w:rPr>
          <w:b w:val="0"/>
        </w:rPr>
        <w:t xml:space="preserve"> </w:t>
      </w:r>
      <w:r>
        <w:rPr>
          <w:b w:val="0"/>
          <w:color w:val="2446A6"/>
        </w:rPr>
        <w:t>[Prénom Nom]</w:t>
      </w:r>
    </w:p>
    <w:p>
      <w:pPr>
        <w:spacing w:after="0"/>
        <w:jc w:val="right"/>
      </w:pPr>
      <w:r>
        <w:rPr>
          <w:b w:val="0"/>
          <w:color w:val="2446A6"/>
        </w:rPr>
        <w:t>[Adresse du logement loué]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Relance pour loyer impayé – </w:t>
      </w:r>
      <w:r>
        <w:rPr>
          <w:b/>
          <w:color w:val="2446A6"/>
        </w:rPr>
        <w:t>[mois concerné]</w:t>
      </w:r>
      <w:r>
        <w:rPr>
          <w:b/>
        </w:rPr>
        <w:t xml:space="preserve"> </w:t>
      </w:r>
      <w:r>
        <w:rPr>
          <w:b/>
          <w:color w:val="2446A6"/>
        </w:rPr>
        <w:t>[année]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contrat de bail signé le </w:t>
      </w:r>
      <w:r>
        <w:rPr>
          <w:b w:val="0"/>
          <w:color w:val="2446A6"/>
        </w:rPr>
        <w:t>[1er janvier 2023]</w:t>
      </w:r>
      <w:r>
        <w:rPr>
          <w:b w:val="0"/>
        </w:rPr>
        <w:t xml:space="preserve">, vous occupez le logement situé </w:t>
      </w:r>
      <w:r>
        <w:rPr>
          <w:b w:val="0"/>
          <w:color w:val="2446A6"/>
        </w:rPr>
        <w:t>[adresse]</w:t>
      </w:r>
      <w:r>
        <w:rPr>
          <w:b w:val="0"/>
        </w:rPr>
        <w:t xml:space="preserve"> pour un loyer mensuel de </w:t>
      </w:r>
      <w:r>
        <w:rPr>
          <w:b w:val="0"/>
          <w:color w:val="2446A6"/>
        </w:rPr>
        <w:t>[750 €]</w:t>
      </w:r>
      <w:r>
        <w:rPr>
          <w:b w:val="0"/>
        </w:rPr>
        <w:t xml:space="preserve"> hors charges.</w:t>
      </w:r>
    </w:p>
    <w:p>
      <w:r>
        <w:rPr>
          <w:b w:val="0"/>
        </w:rPr>
        <w:t xml:space="preserve">Je constate que le loyer du mois de </w:t>
      </w:r>
      <w:r>
        <w:rPr>
          <w:b w:val="0"/>
          <w:color w:val="2446A6"/>
        </w:rPr>
        <w:t>[septembre 2026]</w:t>
      </w:r>
      <w:r>
        <w:rPr>
          <w:b w:val="0"/>
        </w:rPr>
        <w:t xml:space="preserve">, exigible le </w:t>
      </w:r>
      <w:r>
        <w:rPr>
          <w:b w:val="0"/>
          <w:color w:val="2446A6"/>
        </w:rPr>
        <w:t>[1er septembre 2026]</w:t>
      </w:r>
      <w:r>
        <w:rPr>
          <w:b w:val="0"/>
        </w:rPr>
        <w:t>, n’a pas été réglé à ce jour. Cette situation constitue un manquement à vos obligations contractuelles.</w:t>
      </w:r>
    </w:p>
    <w:p>
      <w:r>
        <w:rPr>
          <w:b w:val="0"/>
        </w:rPr>
        <w:t xml:space="preserve">Je vous invite à régulariser votre situation dans un délai de </w:t>
      </w:r>
      <w:r>
        <w:rPr>
          <w:b w:val="0"/>
          <w:color w:val="2446A6"/>
        </w:rPr>
        <w:t>[8 jours]</w:t>
      </w:r>
      <w:r>
        <w:rPr>
          <w:b w:val="0"/>
        </w:rPr>
        <w:t xml:space="preserve"> à compter de la réception de ce courrier. À défaut, je me verrai contraint de vous adresser un commandement de payer visant la clause résolutoire prévue à l’article 24 de la loi du 6 juillet 1989, puis de saisir le tribunal compétent.</w:t>
      </w:r>
    </w:p>
    <w:p>
      <w:r>
        <w:rPr>
          <w:b w:val="0"/>
        </w:rPr>
        <w:t xml:space="preserve">Vous trouverez ci-joint le décompte des sommes dues arrêté au </w:t>
      </w:r>
      <w:r>
        <w:rPr>
          <w:b w:val="0"/>
          <w:color w:val="2446A6"/>
        </w:rPr>
        <w:t>[24 septembre 2026]</w:t>
      </w:r>
      <w:r>
        <w:rPr>
          <w:b w:val="0"/>
        </w:rPr>
        <w:t>. Je vous remercie de bien vouloir effectuer le virement sur le compte bancaire habituel ou de me contacter pour convenir d’un éventuel échéancier.</w:t>
      </w:r>
    </w:p>
    <w:p>
      <w:r>
        <w:rPr>
          <w:b w:val="0"/>
        </w:rPr>
        <w:t>Dans l’attente de votre règlement,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[Jean Dupont]</w:t>
      </w:r>
    </w:p>
    <w:p/>
    <w:p>
      <w:r>
        <w:rPr>
          <w:b w:val="0"/>
        </w:rPr>
        <w:t xml:space="preserve">Pièce jointe : Décompte des sommes dues au </w:t>
      </w:r>
      <w:r>
        <w:rPr>
          <w:b w:val="0"/>
          <w:color w:val="2446A6"/>
        </w:rPr>
        <w:t>[24 septembre 2026]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relance pour un loyer impayé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