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Chère tante Martine,</w:t>
      </w:r>
    </w:p>
    <w:p>
      <w:r>
        <w:rPr>
          <w:b w:val="0"/>
        </w:rPr>
        <w:t>Je voulais te dire le bonheur que j’ai ressenti en découvrant ton cadeau hier matin. Le papier de soie froissé, et tout au fond, ce gilet bleu pétrole aux mailles serrées que tu as tricoté toi-même. Dès que je l’ai pris dans mes mains, j’ai revu tes doigts agiles sur les aiguilles, les dimanches d’hiver dans le salon de Saint-Malo.</w:t>
      </w:r>
    </w:p>
    <w:p>
      <w:r>
        <w:rPr>
          <w:b w:val="0"/>
        </w:rPr>
        <w:t>Je l’ai glissé sur mes épaules pour aller chercher le pain tout à l’heure, et il m’a enveloppée d’une chaleur qui n’appartient qu’aux choses faites avec le cœur. Tous les matins où il fera frais, ce sera un peu de toi qui m’accompagnera.</w:t>
      </w:r>
    </w:p>
    <w:p>
      <w:r>
        <w:rPr>
          <w:b w:val="0"/>
        </w:rPr>
        <w:t>C’est bien plus qu’un vêtement, tu sais. C’est une pensée tricotée maille après maille, un bout de nos étés d’enfance que je vais porter cet automne. Merci d’avoir pris ce temps pour moi.</w:t>
      </w:r>
    </w:p>
    <w:p>
      <w:r>
        <w:rPr>
          <w:b w:val="0"/>
        </w:rPr>
        <w:t>Je t’embrasse très fort,</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 de remerciement pour un cadeau reçu</dc:title>
  <dc:subject/>
  <dc:creator/>
  <cp:keywords/>
  <dc:description/>
  <cp:lastModifiedBy/>
  <cp:revision>1</cp:revision>
  <dcterms:created xsi:type="dcterms:W3CDTF">2013-12-23T23:15:00Z</dcterms:created>
  <dcterms:modified xsi:type="dcterms:W3CDTF">2013-12-23T23:15:00Z</dcterms:modified>
  <cp:category/>
</cp:coreProperties>
</file>