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 xml:space="preserve">Chers </w:t>
      </w:r>
      <w:r>
        <w:rPr>
          <w:b w:val="0"/>
          <w:color w:val="2446A6"/>
        </w:rPr>
        <w:t>[Marthe et Paul]</w:t>
      </w:r>
      <w:r>
        <w:rPr>
          <w:b w:val="0"/>
        </w:rPr>
        <w:t>,</w:t>
      </w:r>
    </w:p>
    <w:p>
      <w:r>
        <w:rPr>
          <w:b w:val="0"/>
        </w:rPr>
        <w:t xml:space="preserve">Nous voilà rentrés depuis </w:t>
      </w:r>
      <w:r>
        <w:rPr>
          <w:b w:val="0"/>
          <w:color w:val="2446A6"/>
        </w:rPr>
        <w:t>[dimanche soir]</w:t>
      </w:r>
      <w:r>
        <w:rPr>
          <w:b w:val="0"/>
        </w:rPr>
        <w:t xml:space="preserve">, la voiture encore chargée des pots de confiture de </w:t>
      </w:r>
      <w:r>
        <w:rPr>
          <w:b w:val="0"/>
          <w:color w:val="2446A6"/>
        </w:rPr>
        <w:t>[Marthe]</w:t>
      </w:r>
      <w:r>
        <w:rPr>
          <w:b w:val="0"/>
        </w:rPr>
        <w:t xml:space="preserve"> et du pain que </w:t>
      </w:r>
      <w:r>
        <w:rPr>
          <w:b w:val="0"/>
          <w:color w:val="2446A6"/>
        </w:rPr>
        <w:t>[Paul]</w:t>
      </w:r>
      <w:r>
        <w:rPr>
          <w:b w:val="0"/>
        </w:rPr>
        <w:t xml:space="preserve"> avait mis de côté pour la route. Le trajet s'est fait sans embouteillage, et </w:t>
      </w:r>
      <w:r>
        <w:rPr>
          <w:b w:val="0"/>
          <w:color w:val="2446A6"/>
        </w:rPr>
        <w:t>[Léa]</w:t>
      </w:r>
      <w:r>
        <w:rPr>
          <w:b w:val="0"/>
        </w:rPr>
        <w:t xml:space="preserve"> a dormi tout du long en serrant le galet ramassé sur la plage.</w:t>
      </w:r>
    </w:p>
    <w:p>
      <w:r>
        <w:rPr>
          <w:b w:val="0"/>
        </w:rPr>
        <w:t xml:space="preserve">Ces </w:t>
      </w:r>
      <w:r>
        <w:rPr>
          <w:b w:val="0"/>
          <w:color w:val="2446A6"/>
        </w:rPr>
        <w:t>[cinq jours]</w:t>
      </w:r>
      <w:r>
        <w:rPr>
          <w:b w:val="0"/>
        </w:rPr>
        <w:t xml:space="preserve"> chez vous nous ont fait un bien fou. La chambre d'amis sentait la lavande, le café était prêt chaque matin avant que nous descendions, et la partie de cartes du </w:t>
      </w:r>
      <w:r>
        <w:rPr>
          <w:b w:val="0"/>
          <w:color w:val="2446A6"/>
        </w:rPr>
        <w:t>[jeudi soir]</w:t>
      </w:r>
      <w:r>
        <w:rPr>
          <w:b w:val="0"/>
        </w:rPr>
        <w:t xml:space="preserve"> a bien fait rire tout le monde. </w:t>
      </w:r>
      <w:r>
        <w:rPr>
          <w:b w:val="0"/>
          <w:color w:val="2446A6"/>
        </w:rPr>
        <w:t>[Léa]</w:t>
      </w:r>
      <w:r>
        <w:rPr>
          <w:b w:val="0"/>
        </w:rPr>
        <w:t xml:space="preserve"> parle encore du chat qui s'installait sur ses genoux pendant la sieste.</w:t>
      </w:r>
    </w:p>
    <w:p>
      <w:r>
        <w:rPr>
          <w:b w:val="0"/>
        </w:rPr>
        <w:t xml:space="preserve">Merci pour les </w:t>
      </w:r>
      <w:r>
        <w:rPr>
          <w:b w:val="0"/>
          <w:color w:val="2446A6"/>
        </w:rPr>
        <w:t>[deux bouteilles de muscadet]</w:t>
      </w:r>
      <w:r>
        <w:rPr>
          <w:b w:val="0"/>
        </w:rPr>
        <w:t xml:space="preserve"> rapportées de </w:t>
      </w:r>
      <w:r>
        <w:rPr>
          <w:b w:val="0"/>
          <w:color w:val="2446A6"/>
        </w:rPr>
        <w:t>[la cave du bourg]</w:t>
      </w:r>
      <w:r>
        <w:rPr>
          <w:b w:val="0"/>
        </w:rPr>
        <w:t xml:space="preserve">, pour la promenade jusqu'au </w:t>
      </w:r>
      <w:r>
        <w:rPr>
          <w:b w:val="0"/>
          <w:color w:val="2446A6"/>
        </w:rPr>
        <w:t>[moulin]</w:t>
      </w:r>
      <w:r>
        <w:rPr>
          <w:b w:val="0"/>
        </w:rPr>
        <w:t xml:space="preserve"> et pour la patience de </w:t>
      </w:r>
      <w:r>
        <w:rPr>
          <w:b w:val="0"/>
          <w:color w:val="2446A6"/>
        </w:rPr>
        <w:t>[Paul]</w:t>
      </w:r>
      <w:r>
        <w:rPr>
          <w:b w:val="0"/>
        </w:rPr>
        <w:t xml:space="preserve"> avec mes questions sur le potager. Nous avons été reçus mieux qu'à l'hôtel, sans la note à la fin.</w:t>
      </w:r>
    </w:p>
    <w:p>
      <w:r>
        <w:rPr>
          <w:b w:val="0"/>
        </w:rPr>
        <w:t xml:space="preserve">À notre tour de vous recevoir : la chambre du haut est libre du </w:t>
      </w:r>
      <w:r>
        <w:rPr>
          <w:b w:val="0"/>
          <w:color w:val="2446A6"/>
        </w:rPr>
        <w:t>[12 au 19 octobre]</w:t>
      </w:r>
      <w:r>
        <w:rPr>
          <w:b w:val="0"/>
        </w:rPr>
        <w:t xml:space="preserve">, et le marché de </w:t>
      </w:r>
      <w:r>
        <w:rPr>
          <w:b w:val="0"/>
          <w:color w:val="2446A6"/>
        </w:rPr>
        <w:t>[notre ville]</w:t>
      </w:r>
      <w:r>
        <w:rPr>
          <w:b w:val="0"/>
        </w:rPr>
        <w:t xml:space="preserve"> a lieu le </w:t>
      </w:r>
      <w:r>
        <w:rPr>
          <w:b w:val="0"/>
          <w:color w:val="2446A6"/>
        </w:rPr>
        <w:t>[samedi matin]</w:t>
      </w:r>
      <w:r>
        <w:rPr>
          <w:b w:val="0"/>
        </w:rPr>
        <w:t xml:space="preserve">. Dites-nous si ces dates vous conviennent, nous garderons les places pour le concert du </w:t>
      </w:r>
      <w:r>
        <w:rPr>
          <w:b w:val="0"/>
          <w:color w:val="2446A6"/>
        </w:rPr>
        <w:t>[dimanche]</w:t>
      </w:r>
      <w:r>
        <w:rPr>
          <w:b w:val="0"/>
        </w:rPr>
        <w:t>.</w:t>
      </w:r>
    </w:p>
    <w:p>
      <w:r>
        <w:rPr>
          <w:b w:val="0"/>
        </w:rPr>
        <w:t xml:space="preserve">Nous vous embrassons tous les deux, et </w:t>
      </w:r>
      <w:r>
        <w:rPr>
          <w:b w:val="0"/>
          <w:color w:val="2446A6"/>
        </w:rPr>
        <w:t>[Léa]</w:t>
      </w:r>
      <w:r>
        <w:rPr>
          <w:b w:val="0"/>
        </w:rPr>
        <w:t xml:space="preserve"> ajoute un dessin du chat au dos de cette lettre.</w:t>
      </w:r>
    </w:p>
    <w:p>
      <w:r>
        <w:rPr>
          <w:b w:val="0"/>
        </w:rPr>
        <w:t>Avec toute notre affection,</w:t>
      </w:r>
    </w:p>
    <w:p/>
    <w:p>
      <w:pPr>
        <w:jc w:val="right"/>
      </w:pPr>
      <w:r>
        <w:rPr>
          <w:b w:val="0"/>
          <w:color w:val="2446A6"/>
        </w:rPr>
        <w:t>[Claire, Antoine et Léa Dumontet]</w:t>
      </w:r>
    </w:p>
    <w:p/>
    <w:p>
      <w:r>
        <w:rPr>
          <w:b w:val="0"/>
        </w:rPr>
        <w:t>Pièce jointe : une photo de la partie de cartes du jeudi soir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remerciement après un séjour chez des amis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