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Chers Luc et Sophie,</w:t>
      </w:r>
    </w:p>
    <w:p>
      <w:r>
        <w:rPr>
          <w:b w:val="0"/>
        </w:rPr>
        <w:t>Merci d’avoir fait le chemin depuis Lille jusqu’à la Bastide de Monflanquin ce 24 août. Votre présence a donné à ce jour une épaisseur que nous n’oublierons pas.</w:t>
      </w:r>
    </w:p>
    <w:p>
      <w:r>
        <w:rPr>
          <w:b w:val="0"/>
        </w:rPr>
        <w:t>Nous nous souvenons de votre arrivée sur la place, Sophie ta robe bleue et ce bouquet de lavande cueilli le matin même sur le bord de la route. Luc, ton étreinte juste avant la cérémonie nous a enlevé un poids énorme.</w:t>
      </w:r>
    </w:p>
    <w:p>
      <w:r>
        <w:rPr>
          <w:b w:val="0"/>
        </w:rPr>
        <w:t>Le baby-foot en fin de soirée n’aurait pas eu la même saveur sans tes buts rageurs, Luc, et tes commentaires passionnés, Sophie. Vous avez glissé dans la journée un mélange de légèreté et de profondeur qui nous ressemble.</w:t>
      </w:r>
    </w:p>
    <w:p>
      <w:r>
        <w:rPr>
          <w:b w:val="0"/>
        </w:rPr>
        <w:t>Et puis il y a ce vase en céramique de Vallauris qui trône déjà sur la cheminée, rempli des hortensias du jardin. Chaque fois que nous le regardons, nous pensons à vous.</w:t>
      </w:r>
    </w:p>
    <w:p>
      <w:r>
        <w:rPr>
          <w:b w:val="0"/>
        </w:rPr>
        <w:t>Merci d’avoir dansé jusqu’à trois heures du matin avec nous, d’avoir chanté faux sur les vieux tubes et d’avoir partagé ce moment suspendu.</w:t>
      </w:r>
    </w:p>
    <w:p>
      <w:r>
        <w:rPr>
          <w:b w:val="0"/>
        </w:rPr>
        <w:t>De tout cœur avec vous,</w:t>
      </w:r>
    </w:p>
    <w:p/>
    <w:p>
      <w:pPr>
        <w:jc w:val="right"/>
      </w:pPr>
      <w:r>
        <w:rPr>
          <w:b w:val="0"/>
          <w:color w:val="2446A6"/>
        </w:rPr>
        <w:t>[Clara et Julien]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 de remerciement aux invités de son mariage</dc:title>
  <dc:subject/>
  <dc:creator/>
  <cp:keywords/>
  <dc:description/>
  <cp:lastModifiedBy/>
  <cp:revision>1</cp:revision>
  <dcterms:created xsi:type="dcterms:W3CDTF">2013-12-23T23:15:00Z</dcterms:created>
  <dcterms:modified xsi:type="dcterms:W3CDTF">2013-12-23T23:15:00Z</dcterms:modified>
  <cp:category/>
</cp:coreProperties>
</file>