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Direct Assurance</w:t>
      </w:r>
    </w:p>
    <w:p>
      <w:pPr>
        <w:spacing w:after="0"/>
        <w:jc w:val="right"/>
      </w:pPr>
      <w:r>
        <w:rPr>
          <w:b w:val="0"/>
        </w:rPr>
        <w:t>Service Résiliation Auto</w:t>
      </w:r>
    </w:p>
    <w:p>
      <w:pPr>
        <w:spacing w:after="0"/>
        <w:jc w:val="right"/>
      </w:pPr>
      <w:r>
        <w:rPr>
          <w:b w:val="0"/>
        </w:rPr>
        <w:t>48 rue Carnot CS 50025</w:t>
      </w:r>
    </w:p>
    <w:p>
      <w:pPr>
        <w:spacing w:after="0"/>
        <w:jc w:val="right"/>
      </w:pPr>
      <w:r>
        <w:rPr>
          <w:b w:val="0"/>
        </w:rPr>
        <w:t>92158 Suresnes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de mon contrat d'assurance auto Direct Assurance n°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contrat d'assurance auto Direct Assurance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, je vous notifie ma demande de résiliation à l'échéance annuelle du </w:t>
      </w:r>
      <w:r>
        <w:rPr>
          <w:b w:val="0"/>
          <w:color w:val="2446A6"/>
        </w:rPr>
        <w:t>[date d'échéance]</w:t>
      </w:r>
      <w:r>
        <w:rPr>
          <w:b w:val="0"/>
        </w:rPr>
        <w:t xml:space="preserve">. Le véhicule assuré est immatriculé </w:t>
      </w:r>
      <w:r>
        <w:rPr>
          <w:b w:val="0"/>
          <w:color w:val="2446A6"/>
        </w:rPr>
        <w:t>[AB-123-CD]</w:t>
      </w:r>
      <w:r>
        <w:rPr>
          <w:b w:val="0"/>
        </w:rPr>
        <w:t>.</w:t>
      </w:r>
    </w:p>
    <w:p>
      <w:r>
        <w:rPr>
          <w:b w:val="0"/>
        </w:rPr>
        <w:t>Cette lettre respecte le préavis de deux mois imposé par l'article L113-12 du Code des assurances. Je refuse la reconduction tacite du contrat au-delà de cette date. Conformément à l'article L113-14 du même code, la notification par lettre recommandée avec accusé de réception vaut preuve de la date d'envoi.</w:t>
      </w:r>
    </w:p>
    <w:p>
      <w:r>
        <w:rPr>
          <w:b w:val="0"/>
        </w:rPr>
        <w:t xml:space="preserve">Je vous demande de me confirmer par écrit la date de fin des garanties, de m'adresser le relevé d'information et de clôturer le compte à l'échéance. Les primes échues jusqu'à cette date seront réglées. Aucun prélèvement ne devra être effectué après le </w:t>
      </w:r>
      <w:r>
        <w:rPr>
          <w:b w:val="0"/>
          <w:color w:val="2446A6"/>
        </w:rPr>
        <w:t>[date d'échéance]</w:t>
      </w:r>
      <w:r>
        <w:rPr>
          <w:b w:val="0"/>
        </w:rPr>
        <w:t>.</w:t>
      </w:r>
    </w:p>
    <w:p>
      <w:r>
        <w:rPr>
          <w:b w:val="0"/>
        </w:rPr>
        <w:t>Je vous remercie de prendre acte de cette résiliation et de me retourner l'accusé de réception.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d'assurance auto Direct Assurance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