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
      <w:pPr>
        <w:spacing w:after="0"/>
        <w:jc w:val="right"/>
      </w:pPr>
      <w:r>
        <w:rPr>
          <w:b w:val="0"/>
        </w:rPr>
        <w:t>Matmut – Service résiliation</w:t>
      </w:r>
    </w:p>
    <w:p>
      <w:pPr>
        <w:spacing w:after="0"/>
        <w:jc w:val="right"/>
      </w:pPr>
      <w:r>
        <w:rPr>
          <w:b w:val="0"/>
        </w:rPr>
        <w:t>66 rue de Sotteville</w:t>
      </w:r>
    </w:p>
    <w:p>
      <w:pPr>
        <w:spacing w:after="0"/>
        <w:jc w:val="right"/>
      </w:pPr>
      <w:r>
        <w:rPr>
          <w:b w:val="0"/>
        </w:rPr>
        <w:t>76100 Rouen</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de mon contrat d'assurance auto n° </w:t>
      </w:r>
      <w:r>
        <w:rPr>
          <w:b/>
          <w:color w:val="2446A6"/>
        </w:rPr>
        <w:t>[numéro de contrat]</w:t>
      </w:r>
    </w:p>
    <w:p/>
    <w:p>
      <w:r>
        <w:rPr>
          <w:b w:val="0"/>
        </w:rPr>
        <w:t>Madame, Monsieur,</w:t>
      </w:r>
    </w:p>
    <w:p>
      <w:r>
        <w:rPr>
          <w:b w:val="0"/>
        </w:rPr>
        <w:t xml:space="preserve">Je vous notifie par la présente la résiliation de mon contrat d'assurance auto n° </w:t>
      </w:r>
      <w:r>
        <w:rPr>
          <w:b w:val="0"/>
          <w:color w:val="2446A6"/>
        </w:rPr>
        <w:t>[numéro de contrat]</w:t>
      </w:r>
      <w:r>
        <w:rPr>
          <w:b w:val="0"/>
        </w:rPr>
        <w:t xml:space="preserve">, souscrit le </w:t>
      </w:r>
      <w:r>
        <w:rPr>
          <w:b w:val="0"/>
          <w:color w:val="2446A6"/>
        </w:rPr>
        <w:t>[date de souscription]</w:t>
      </w:r>
      <w:r>
        <w:rPr>
          <w:b w:val="0"/>
        </w:rPr>
        <w:t xml:space="preserve">, à son échéance annuelle du </w:t>
      </w:r>
      <w:r>
        <w:rPr>
          <w:b w:val="0"/>
          <w:color w:val="2446A6"/>
        </w:rPr>
        <w:t>[date d'échéance]</w:t>
      </w:r>
      <w:r>
        <w:rPr>
          <w:b w:val="0"/>
        </w:rPr>
        <w:t xml:space="preserve">. Conformément à l'article L113-12 du Code des assurances, ce courrier respecte le préavis de deux mois exigé. La date d'envoi de ce recommandé, le </w:t>
      </w:r>
      <w:r>
        <w:rPr>
          <w:b w:val="0"/>
          <w:color w:val="2446A6"/>
        </w:rPr>
        <w:t>[date d'envoi]</w:t>
      </w:r>
      <w:r>
        <w:rPr>
          <w:b w:val="0"/>
        </w:rPr>
        <w:t>, atteste du respect de ce délai.</w:t>
      </w:r>
    </w:p>
    <w:p>
      <w:r>
        <w:rPr>
          <w:b w:val="0"/>
        </w:rPr>
        <w:t xml:space="preserve">Le véhicule assuré est une </w:t>
      </w:r>
      <w:r>
        <w:rPr>
          <w:b w:val="0"/>
          <w:color w:val="2446A6"/>
        </w:rPr>
        <w:t>[marque modèle]</w:t>
      </w:r>
      <w:r>
        <w:rPr>
          <w:b w:val="0"/>
        </w:rPr>
        <w:t xml:space="preserve"> immatriculée </w:t>
      </w:r>
      <w:r>
        <w:rPr>
          <w:b w:val="0"/>
          <w:color w:val="2446A6"/>
        </w:rPr>
        <w:t>[immatriculation]</w:t>
      </w:r>
      <w:r>
        <w:rPr>
          <w:b w:val="0"/>
        </w:rPr>
        <w:t xml:space="preserve">. Aucun sinistre responsable n'a été déclaré au cours des </w:t>
      </w:r>
      <w:r>
        <w:rPr>
          <w:b w:val="0"/>
          <w:color w:val="2446A6"/>
        </w:rPr>
        <w:t>[deux dernières années]</w:t>
      </w:r>
      <w:r>
        <w:rPr>
          <w:b w:val="0"/>
        </w:rPr>
        <w:t xml:space="preserve">. Le contrat est à jour de toutes ses cotisations, et aucun incident de paiement n'est en cours. Le kilométrage annuel déclaré est de </w:t>
      </w:r>
      <w:r>
        <w:rPr>
          <w:b w:val="0"/>
          <w:color w:val="2446A6"/>
        </w:rPr>
        <w:t>[12 000]</w:t>
      </w:r>
      <w:r>
        <w:rPr>
          <w:b w:val="0"/>
        </w:rPr>
        <w:t xml:space="preserve"> kilomètres.</w:t>
      </w:r>
    </w:p>
    <w:p>
      <w:r>
        <w:rPr>
          <w:b w:val="0"/>
        </w:rPr>
        <w:t xml:space="preserve">Je demande la confirmation écrite de la résiliation et l'arrêt des prélèvements à compter de la date d'effet. Je vous remercie de me faire parvenir un relevé d'information pour faciliter la souscription d'un nouveau contrat auprès d'un autre assureur. Le relevé d'information doit mentionner le coefficient de bonus-malus actuel de </w:t>
      </w:r>
      <w:r>
        <w:rPr>
          <w:b w:val="0"/>
          <w:color w:val="2446A6"/>
        </w:rPr>
        <w:t>[0,85]</w:t>
      </w:r>
      <w:r>
        <w:rPr>
          <w:b w:val="0"/>
        </w:rPr>
        <w:t>.</w:t>
      </w:r>
    </w:p>
    <w:p>
      <w:r>
        <w:rPr>
          <w:b w:val="0"/>
        </w:rPr>
        <w:t>Ce courrier vous est adressé en recommandé avec accusé de réception afin de conserver la preuve de la date de notification. L'absence de réponse de votre part ne vaut pas acceptation : la résiliation prend effet à la date d'échéance dès lors que le préavis est respecté.</w:t>
      </w:r>
    </w:p>
    <w:p>
      <w:r>
        <w:rPr>
          <w:b w:val="0"/>
        </w:rPr>
        <w:t>Je vous prie d'agréer, Madame, Monsieur, l'expression de mes salutations distinguées.</w:t>
      </w:r>
    </w:p>
    <w:p/>
    <w:p>
      <w:pPr>
        <w:jc w:val="right"/>
      </w:pPr>
      <w:r>
        <w:rPr>
          <w:b w:val="0"/>
          <w:color w:val="2446A6"/>
        </w:rPr>
        <w:t>[Prénom Nom]</w:t>
      </w:r>
    </w:p>
    <w:p/>
    <w:p>
      <w:r>
        <w:rPr>
          <w:b w:val="0"/>
        </w:rPr>
        <w:t>Pièce jointe : aucune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d'assurance auto Matmut</dc:title>
  <dc:subject/>
  <dc:creator/>
  <cp:keywords/>
  <dc:description/>
  <cp:lastModifiedBy/>
  <cp:revision>1</cp:revision>
  <dcterms:created xsi:type="dcterms:W3CDTF">2013-12-23T23:15:00Z</dcterms:created>
  <dcterms:modified xsi:type="dcterms:W3CDTF">2013-12-23T23:15:00Z</dcterms:modified>
  <cp:category/>
</cp:coreProperties>
</file>