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</w:rPr>
        <w:t>Service Contentieux</w:t>
      </w:r>
    </w:p>
    <w:p>
      <w:pPr>
        <w:spacing w:after="0"/>
        <w:jc w:val="right"/>
      </w:pPr>
      <w:r>
        <w:rPr>
          <w:b w:val="0"/>
        </w:rPr>
        <w:t xml:space="preserve">Assurance </w:t>
      </w:r>
      <w:r>
        <w:rPr>
          <w:b w:val="0"/>
          <w:color w:val="2446A6"/>
        </w:rPr>
        <w:t>[Nom de l'assurance]</w:t>
      </w:r>
    </w:p>
    <w:p>
      <w:pPr>
        <w:spacing w:after="0"/>
        <w:jc w:val="right"/>
      </w:pPr>
      <w:r>
        <w:rPr>
          <w:b w:val="0"/>
          <w:color w:val="2446A6"/>
        </w:rPr>
        <w:t>[Adresse du siège social]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Contestation de la résiliation pour non-paiement - contrat auto n° </w:t>
      </w:r>
      <w:r>
        <w:rPr>
          <w:b/>
          <w:color w:val="2446A6"/>
        </w:rPr>
        <w:t>[numéro de contrat]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lettre du </w:t>
      </w:r>
      <w:r>
        <w:rPr>
          <w:b w:val="0"/>
          <w:color w:val="2446A6"/>
        </w:rPr>
        <w:t>[date de l'avis de résiliation]</w:t>
      </w:r>
      <w:r>
        <w:rPr>
          <w:b w:val="0"/>
        </w:rPr>
        <w:t xml:space="preserve">, vous m'informez de la résiliation de mon contrat d'assurance automobile n° </w:t>
      </w:r>
      <w:r>
        <w:rPr>
          <w:b w:val="0"/>
          <w:color w:val="2446A6"/>
        </w:rPr>
        <w:t>[numéro de contrat]</w:t>
      </w:r>
      <w:r>
        <w:rPr>
          <w:b w:val="0"/>
        </w:rPr>
        <w:t xml:space="preserve"> pour non-paiement de la cotisation échue le </w:t>
      </w:r>
      <w:r>
        <w:rPr>
          <w:b w:val="0"/>
          <w:color w:val="2446A6"/>
        </w:rPr>
        <w:t>[date d'échéance]</w:t>
      </w:r>
      <w:r>
        <w:rPr>
          <w:b w:val="0"/>
        </w:rPr>
        <w:t>. Je conteste formellement cette décision.</w:t>
      </w:r>
    </w:p>
    <w:p>
      <w:r>
        <w:rPr>
          <w:b w:val="0"/>
        </w:rPr>
        <w:t xml:space="preserve">En efet, le paiement de la somme réclamée, soit </w:t>
      </w:r>
      <w:r>
        <w:rPr>
          <w:b w:val="0"/>
          <w:color w:val="2446A6"/>
        </w:rPr>
        <w:t>[montant en euros]</w:t>
      </w:r>
      <w:r>
        <w:rPr>
          <w:b w:val="0"/>
        </w:rPr>
        <w:t xml:space="preserve">, a bien été efectué le </w:t>
      </w:r>
      <w:r>
        <w:rPr>
          <w:b w:val="0"/>
          <w:color w:val="2446A6"/>
        </w:rPr>
        <w:t>[date du paiement]</w:t>
      </w:r>
      <w:r>
        <w:rPr>
          <w:b w:val="0"/>
        </w:rPr>
        <w:t xml:space="preserve">, avant l'expiration du délai de 30 jours suivant votre mise en demeure du </w:t>
      </w:r>
      <w:r>
        <w:rPr>
          <w:b w:val="0"/>
          <w:color w:val="2446A6"/>
        </w:rPr>
        <w:t>[date de la mise en demeure]</w:t>
      </w:r>
      <w:r>
        <w:rPr>
          <w:b w:val="0"/>
        </w:rPr>
        <w:t>. Vous trouverez ci-joint le récépissé de ce paiement.</w:t>
      </w:r>
    </w:p>
    <w:p>
      <w:r>
        <w:rPr>
          <w:b w:val="0"/>
        </w:rPr>
        <w:t xml:space="preserve">Conformément à l'article L113-3 du Code des assurances, la résiliation ne peut intervenir que si le défaut de paiement persiste à l'issue du délai de 30 jours. Mon règlement ayant été encaissé le </w:t>
      </w:r>
      <w:r>
        <w:rPr>
          <w:b w:val="0"/>
          <w:color w:val="2446A6"/>
        </w:rPr>
        <w:t>[date encaissement]</w:t>
      </w:r>
      <w:r>
        <w:rPr>
          <w:b w:val="0"/>
        </w:rPr>
        <w:t>, je vous demande de constater que la résiliation est sans objet et de maintenir la garantie en vigueur.</w:t>
      </w:r>
    </w:p>
    <w:p>
      <w:r>
        <w:rPr>
          <w:b w:val="0"/>
        </w:rPr>
        <w:t>Je vous remercie de bien vouloir me confirmer par écrit la poursuite du contrat et de régulariser ma situation dans vos fichiers dans les plus brefs délais.</w:t>
      </w:r>
    </w:p>
    <w:p>
      <w:r>
        <w:rPr>
          <w:b w:val="0"/>
        </w:rPr>
        <w:t>Je vous prie d'agréer, Madame, Monsieur, l'assurance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récépissé de paiement ou extrait de compte bancaire.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Résiliation d'assurance auto pour non-paiement : la lettre à recevoir ou à contester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