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
      <w:pPr>
        <w:spacing w:after="0"/>
        <w:jc w:val="right"/>
      </w:pPr>
      <w:r>
        <w:rPr>
          <w:b w:val="0"/>
        </w:rPr>
        <w:t>Pacifica</w:t>
      </w:r>
    </w:p>
    <w:p>
      <w:pPr>
        <w:spacing w:after="0"/>
        <w:jc w:val="right"/>
      </w:pPr>
      <w:r>
        <w:rPr>
          <w:b w:val="0"/>
        </w:rPr>
        <w:t>Service Résiliation</w:t>
      </w:r>
    </w:p>
    <w:p>
      <w:pPr>
        <w:spacing w:after="0"/>
        <w:jc w:val="right"/>
      </w:pPr>
      <w:r>
        <w:rPr>
          <w:b w:val="0"/>
        </w:rPr>
        <w:t>8/10 Boulevard de Vaugirard</w:t>
      </w:r>
    </w:p>
    <w:p>
      <w:pPr>
        <w:spacing w:after="0"/>
        <w:jc w:val="right"/>
      </w:pPr>
      <w:r>
        <w:rPr>
          <w:b w:val="0"/>
        </w:rPr>
        <w:t>75724 Paris Cedex 15</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Résiliation du contrat d'assurance auto n°</w:t>
      </w:r>
      <w:r>
        <w:rPr>
          <w:b/>
          <w:color w:val="2446A6"/>
        </w:rPr>
        <w:t>[numéro de contrat]</w:t>
      </w:r>
    </w:p>
    <w:p/>
    <w:p>
      <w:r>
        <w:rPr>
          <w:b w:val="0"/>
        </w:rPr>
        <w:t>Madame, Monsieur,</w:t>
      </w:r>
    </w:p>
    <w:p>
      <w:r>
        <w:rPr>
          <w:b w:val="0"/>
        </w:rPr>
        <w:t xml:space="preserve">Je soussigné(e) </w:t>
      </w:r>
      <w:r>
        <w:rPr>
          <w:b w:val="0"/>
          <w:color w:val="2446A6"/>
        </w:rPr>
        <w:t>[Prénom Nom]</w:t>
      </w:r>
      <w:r>
        <w:rPr>
          <w:b w:val="0"/>
        </w:rPr>
        <w:t>, titulaire du contrat d’assurance auto n°</w:t>
      </w:r>
      <w:r>
        <w:rPr>
          <w:b w:val="0"/>
          <w:color w:val="2446A6"/>
        </w:rPr>
        <w:t>[numéro de contrat]</w:t>
      </w:r>
      <w:r>
        <w:rPr>
          <w:b w:val="0"/>
        </w:rPr>
        <w:t xml:space="preserve"> souscrit auprès de Pacifica, vous informe de ma décision de résilier ce contrat à sa prochaine échéance annuelle, fixée au </w:t>
      </w:r>
      <w:r>
        <w:rPr>
          <w:b w:val="0"/>
          <w:color w:val="2446A6"/>
        </w:rPr>
        <w:t>[date d’échéance]</w:t>
      </w:r>
      <w:r>
        <w:rPr>
          <w:b w:val="0"/>
        </w:rPr>
        <w:t>.</w:t>
      </w:r>
    </w:p>
    <w:p>
      <w:r>
        <w:rPr>
          <w:b w:val="0"/>
        </w:rPr>
        <w:t xml:space="preserve">Conformément à l’article L113-12 du Code des assurances, ce courrier vous est adressé au moins deux mois avant cette date. Je vous remercie de prendre les dispositions nécessaires pour que la radiation de mon véhicule </w:t>
      </w:r>
      <w:r>
        <w:rPr>
          <w:b w:val="0"/>
          <w:color w:val="2446A6"/>
        </w:rPr>
        <w:t>[immatriculation]</w:t>
      </w:r>
      <w:r>
        <w:rPr>
          <w:b w:val="0"/>
        </w:rPr>
        <w:t xml:space="preserve"> intervienne à la date d’échéance.</w:t>
      </w:r>
    </w:p>
    <w:p>
      <w:r>
        <w:rPr>
          <w:b w:val="0"/>
        </w:rPr>
        <w:t>Je vous saurais gré de me confirmer par écrit la prise en compte de cette résiliation, en précisant la date de fin de garantie et les modalités de restitution du solde éventuel de cotisation. Dans l’attente de votre confirmation, je vous prie d’agréer, Madame, Monsieur, l’expression de mes salutations distinguées.</w:t>
      </w:r>
    </w:p>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d'assurance auto Pacifica</dc:title>
  <dc:subject/>
  <dc:creator/>
  <cp:keywords/>
  <dc:description/>
  <cp:lastModifiedBy/>
  <cp:revision>1</cp:revision>
  <dcterms:created xsi:type="dcterms:W3CDTF">2013-12-23T23:15:00Z</dcterms:created>
  <dcterms:modified xsi:type="dcterms:W3CDTF">2013-12-23T23:15:00Z</dcterms:modified>
  <cp:category/>
</cp:coreProperties>
</file>