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 téléphone]</w:t>
      </w:r>
    </w:p>
    <w:p/>
    <w:p>
      <w:pPr>
        <w:spacing w:after="0"/>
        <w:jc w:val="right"/>
      </w:pPr>
      <w:r>
        <w:rPr>
          <w:b w:val="0"/>
          <w:color w:val="2446A6"/>
        </w:rPr>
        <w:t>[Nom de l'assureur]</w:t>
      </w:r>
    </w:p>
    <w:p>
      <w:pPr>
        <w:spacing w:after="0"/>
        <w:jc w:val="right"/>
      </w:pPr>
      <w:r>
        <w:rPr>
          <w:b w:val="0"/>
        </w:rPr>
        <w:t>Service Résiliation</w:t>
      </w:r>
    </w:p>
    <w:p>
      <w:pPr>
        <w:spacing w:after="0"/>
        <w:jc w:val="right"/>
      </w:pPr>
      <w:r>
        <w:rPr>
          <w:b w:val="0"/>
          <w:color w:val="2446A6"/>
        </w:rPr>
        <w:t>[Adresse de l'assureur]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Résiliation du contrat d'assurance automobile après vente du véhicule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informe de la vente de mon véhicule </w:t>
      </w:r>
      <w:r>
        <w:rPr>
          <w:b w:val="0"/>
          <w:color w:val="2446A6"/>
        </w:rPr>
        <w:t>[marque et modèle]</w:t>
      </w:r>
      <w:r>
        <w:rPr>
          <w:b w:val="0"/>
        </w:rPr>
        <w:t xml:space="preserve">, immatriculé </w:t>
      </w:r>
      <w:r>
        <w:rPr>
          <w:b w:val="0"/>
          <w:color w:val="2446A6"/>
        </w:rPr>
        <w:t>[numéro d'immatriculation]</w:t>
      </w:r>
      <w:r>
        <w:rPr>
          <w:b w:val="0"/>
        </w:rPr>
        <w:t xml:space="preserve">, en date du </w:t>
      </w:r>
      <w:r>
        <w:rPr>
          <w:b w:val="0"/>
          <w:color w:val="2446A6"/>
        </w:rPr>
        <w:t>[date de la vente]</w:t>
      </w:r>
      <w:r>
        <w:rPr>
          <w:b w:val="0"/>
        </w:rPr>
        <w:t>, ainsi que le confirme la copie du certificat de cession jointe.</w:t>
      </w:r>
    </w:p>
    <w:p>
      <w:r>
        <w:rPr>
          <w:b w:val="0"/>
        </w:rPr>
        <w:t xml:space="preserve">Conformément à l'article L121-11 du Code des assurances, le contrat d'assurance auto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 est suspendu de plein droit à compter du lendemain de la vente, à 0 heure. Je vous notifie par la présente sa résiliation, qui prendra effet dix jours après la réception de ce courrier.</w:t>
      </w:r>
    </w:p>
    <w:p>
      <w:r>
        <w:rPr>
          <w:b w:val="0"/>
        </w:rPr>
        <w:t>Je vous remercie de bien vouloir me confirmer la date de résiliation effective et le montant du prorata de prime qui sera remboursé, ainsi que de cesser tout prélèvement à compter de cette date.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certificat de cession du véhicule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d'assurance auto après la vente du véhicule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