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Jean Dupont</w:t>
      </w:r>
    </w:p>
    <w:p>
      <w:pPr>
        <w:spacing w:after="0"/>
      </w:pPr>
      <w:r>
        <w:rPr>
          <w:b w:val="0"/>
        </w:rPr>
        <w:t>12 rue de la Paix</w:t>
      </w:r>
    </w:p>
    <w:p>
      <w:pPr>
        <w:spacing w:after="0"/>
      </w:pPr>
      <w:r>
        <w:rPr>
          <w:b w:val="0"/>
        </w:rPr>
        <w:t>75000 Paris</w:t>
      </w:r>
    </w:p>
    <w:p>
      <w:pPr>
        <w:spacing w:after="0"/>
      </w:pPr>
      <w:r>
        <w:rPr>
          <w:b w:val="0"/>
        </w:rPr>
        <w:t>Tél. 06 12 34 56 78</w:t>
      </w:r>
    </w:p>
    <w:p>
      <w:pPr>
        <w:spacing w:after="0"/>
      </w:pPr>
      <w:r>
        <w:rPr>
          <w:b w:val="0"/>
        </w:rPr>
        <w:t>jean.dupont@email.fr</w:t>
      </w:r>
    </w:p>
    <w:p/>
    <w:p>
      <w:pPr>
        <w:spacing w:after="0"/>
        <w:jc w:val="right"/>
      </w:pPr>
      <w:r>
        <w:rPr>
          <w:b w:val="0"/>
        </w:rPr>
        <w:t>Assurance Auto Plus</w:t>
      </w:r>
    </w:p>
    <w:p>
      <w:pPr>
        <w:spacing w:after="0"/>
        <w:jc w:val="right"/>
      </w:pPr>
      <w:r>
        <w:rPr>
          <w:b w:val="0"/>
        </w:rPr>
        <w:t>Service Résiliation</w:t>
      </w:r>
    </w:p>
    <w:p>
      <w:pPr>
        <w:spacing w:after="0"/>
        <w:jc w:val="right"/>
      </w:pPr>
      <w:r>
        <w:rPr>
          <w:b w:val="0"/>
        </w:rPr>
        <w:t>15 avenue des Champs-Élysées</w:t>
      </w:r>
    </w:p>
    <w:p>
      <w:pPr>
        <w:spacing w:after="0"/>
        <w:jc w:val="right"/>
      </w:pPr>
      <w:r>
        <w:rPr>
          <w:b w:val="0"/>
        </w:rPr>
        <w:t>75008 Paris</w:t>
      </w:r>
    </w:p>
    <w:p/>
    <w:p>
      <w:pPr>
        <w:jc w:val="right"/>
      </w:pPr>
      <w:r>
        <w:rPr>
          <w:b w:val="0"/>
        </w:rPr>
        <w:t>À Paris, le 24 septembre 2026</w:t>
      </w:r>
    </w:p>
    <w:p>
      <w:pPr>
        <w:spacing w:after="0"/>
      </w:pPr>
      <w:r>
        <w:rPr>
          <w:b/>
        </w:rPr>
        <w:t>Lettre recommandée avec accusé de réception</w:t>
      </w:r>
    </w:p>
    <w:p>
      <w:r>
        <w:rPr>
          <w:b/>
        </w:rPr>
        <w:t xml:space="preserve">Objet : Résiliation du contrat d'assurance auto n° </w:t>
      </w:r>
      <w:r>
        <w:rPr>
          <w:b/>
          <w:color w:val="2446A6"/>
        </w:rPr>
        <w:t>[AUTO123456]</w:t>
      </w:r>
      <w:r>
        <w:rPr>
          <w:b/>
        </w:rPr>
        <w:t xml:space="preserve"> suite à la vente du véhicule</w:t>
      </w:r>
    </w:p>
    <w:p/>
    <w:p>
      <w:r>
        <w:rPr>
          <w:b w:val="0"/>
        </w:rPr>
        <w:t>Madame, Monsieur,</w:t>
      </w:r>
    </w:p>
    <w:p>
      <w:r>
        <w:rPr>
          <w:b w:val="0"/>
        </w:rPr>
        <w:t xml:space="preserve">Je vous informe de la vente de mon véhicule </w:t>
      </w:r>
      <w:r>
        <w:rPr>
          <w:b w:val="0"/>
          <w:color w:val="2446A6"/>
        </w:rPr>
        <w:t>[marque modèle]</w:t>
      </w:r>
      <w:r>
        <w:rPr>
          <w:b w:val="0"/>
        </w:rPr>
        <w:t xml:space="preserve">, immatriculé </w:t>
      </w:r>
      <w:r>
        <w:rPr>
          <w:b w:val="0"/>
          <w:color w:val="2446A6"/>
        </w:rPr>
        <w:t>[AA-123-BB]</w:t>
      </w:r>
      <w:r>
        <w:rPr>
          <w:b w:val="0"/>
        </w:rPr>
        <w:t xml:space="preserve">, intervenue le </w:t>
      </w:r>
      <w:r>
        <w:rPr>
          <w:b w:val="0"/>
          <w:color w:val="2446A6"/>
        </w:rPr>
        <w:t>[date de vente]</w:t>
      </w:r>
      <w:r>
        <w:rPr>
          <w:b w:val="0"/>
        </w:rPr>
        <w:t xml:space="preserve">. Conformément à l'article L121-11 du Code des assurances, le contrat d'assurance auto n° </w:t>
      </w:r>
      <w:r>
        <w:rPr>
          <w:b w:val="0"/>
          <w:color w:val="2446A6"/>
        </w:rPr>
        <w:t>[AUTO123456]</w:t>
      </w:r>
      <w:r>
        <w:rPr>
          <w:b w:val="0"/>
        </w:rPr>
        <w:t xml:space="preserve"> est suspendu de plein droit le lendemain de cette vente à 0 heure.</w:t>
      </w:r>
    </w:p>
    <w:p>
      <w:r>
        <w:rPr>
          <w:b w:val="0"/>
        </w:rPr>
        <w:t xml:space="preserve">Je vous demande donc la résiliation de ce contrat. La résiliation prendra effet 10 jours après la réception de la présente notification. Je vous remercie de bien vouloir me rembourser la portion de prime correspondant à la période non couverte, calculée au prorata temporis à compter du </w:t>
      </w:r>
      <w:r>
        <w:rPr>
          <w:b w:val="0"/>
          <w:color w:val="2446A6"/>
        </w:rPr>
        <w:t>[lendemain de la vente]</w:t>
      </w:r>
      <w:r>
        <w:rPr>
          <w:b w:val="0"/>
        </w:rPr>
        <w:t>.</w:t>
      </w:r>
    </w:p>
    <w:p>
      <w:r>
        <w:rPr>
          <w:b w:val="0"/>
        </w:rPr>
        <w:t>Vous trouverez ci-joint la copie du certificat de cession du véhicule (carte grise barrée) signé par l'acheteur et moi-même.</w:t>
      </w:r>
    </w:p>
    <w:p>
      <w:r>
        <w:rPr>
          <w:b w:val="0"/>
        </w:rPr>
        <w:t>Je vous prie de me confirmer la résiliation par écrit et de m'indiquer le montant du remboursement.</w:t>
      </w:r>
    </w:p>
    <w:p>
      <w:r>
        <w:rPr>
          <w:b w:val="0"/>
        </w:rPr>
        <w:t>Je vous prie d'agréer, Madame, Monsieur, l'expression de mes salutations distinguées.</w:t>
      </w:r>
    </w:p>
    <w:p/>
    <w:p>
      <w:pPr>
        <w:jc w:val="right"/>
      </w:pPr>
      <w:r>
        <w:rPr>
          <w:b w:val="0"/>
        </w:rPr>
        <w:t>Jean Dupont</w:t>
      </w:r>
    </w:p>
    <w:p/>
    <w:p>
      <w:r>
        <w:rPr>
          <w:b w:val="0"/>
        </w:rPr>
        <w:t>Pièce jointe : Copie du certificat de cession du véhicule (carte grise barrée)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Résiliation d'assurance auto : la lettre et les démarches</dc:title>
  <dc:subject/>
  <dc:creator/>
  <cp:keywords/>
  <dc:description/>
  <cp:lastModifiedBy/>
  <cp:revision>1</cp:revision>
  <dcterms:created xsi:type="dcterms:W3CDTF">2013-12-23T23:15:00Z</dcterms:created>
  <dcterms:modified xsi:type="dcterms:W3CDTF">2013-12-23T23:15:00Z</dcterms:modified>
  <cp:category/>
</cp:coreProperties>
</file>