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rPr>
        <w:t xml:space="preserve">Tél. : </w:t>
      </w:r>
      <w:r>
        <w:rPr>
          <w:b w:val="0"/>
          <w:color w:val="2446A6"/>
        </w:rPr>
        <w:t>[Téléphone]</w:t>
      </w:r>
    </w:p>
    <w:p>
      <w:pPr>
        <w:spacing w:after="0"/>
      </w:pPr>
      <w:r>
        <w:rPr>
          <w:b w:val="0"/>
        </w:rPr>
        <w:t xml:space="preserve">Email : </w:t>
      </w:r>
      <w:r>
        <w:rPr>
          <w:b w:val="0"/>
          <w:color w:val="2446A6"/>
        </w:rPr>
        <w:t>[Email]</w:t>
      </w:r>
    </w:p>
    <w:p/>
    <w:p>
      <w:pPr>
        <w:spacing w:after="0"/>
        <w:jc w:val="right"/>
      </w:pPr>
      <w:r>
        <w:rPr>
          <w:b w:val="0"/>
        </w:rPr>
        <w:t>AXA France</w:t>
      </w:r>
    </w:p>
    <w:p>
      <w:pPr>
        <w:spacing w:after="0"/>
        <w:jc w:val="right"/>
      </w:pPr>
      <w:r>
        <w:rPr>
          <w:b w:val="0"/>
        </w:rPr>
        <w:t>Service Résiliation</w:t>
      </w:r>
    </w:p>
    <w:p>
      <w:pPr>
        <w:spacing w:after="0"/>
        <w:jc w:val="right"/>
      </w:pPr>
      <w:r>
        <w:rPr>
          <w:b w:val="0"/>
        </w:rPr>
        <w:t>313 Terrasses de l’Arche</w:t>
      </w:r>
    </w:p>
    <w:p>
      <w:pPr>
        <w:spacing w:after="0"/>
        <w:jc w:val="right"/>
      </w:pPr>
      <w:r>
        <w:rPr>
          <w:b w:val="0"/>
        </w:rPr>
        <w:t>92727 Nanterre Cedex</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Résiliation du contrat d’assurance habitation n° </w:t>
      </w:r>
      <w:r>
        <w:rPr>
          <w:b/>
          <w:color w:val="2446A6"/>
        </w:rPr>
        <w:t>[numéro de contrat]</w:t>
      </w:r>
    </w:p>
    <w:p/>
    <w:p>
      <w:r>
        <w:rPr>
          <w:b w:val="0"/>
        </w:rPr>
        <w:t>Madame, Monsieur,</w:t>
      </w:r>
    </w:p>
    <w:p>
      <w:r>
        <w:rPr>
          <w:b w:val="0"/>
        </w:rPr>
        <w:t xml:space="preserve">Je vous informe de ma décision de résilier le contrat d’assurance habitation n° </w:t>
      </w:r>
      <w:r>
        <w:rPr>
          <w:b w:val="0"/>
          <w:color w:val="2446A6"/>
        </w:rPr>
        <w:t>[numéro de contrat]</w:t>
      </w:r>
      <w:r>
        <w:rPr>
          <w:b w:val="0"/>
        </w:rPr>
        <w:t xml:space="preserve">, souscrit le </w:t>
      </w:r>
      <w:r>
        <w:rPr>
          <w:b w:val="0"/>
          <w:color w:val="2446A6"/>
        </w:rPr>
        <w:t>[date de souscription]</w:t>
      </w:r>
      <w:r>
        <w:rPr>
          <w:b w:val="0"/>
        </w:rPr>
        <w:t xml:space="preserve"> et en vigueur depuis plus d’un an. Conformément à l’article L113-15-2 du Code des assurances, je peux mettre fin à ce contrat à tout moment, sans motif ni pénalité.</w:t>
      </w:r>
    </w:p>
    <w:p>
      <w:r>
        <w:rPr>
          <w:b w:val="0"/>
        </w:rPr>
        <w:t>La résiliation prendra effet un mois après la réception de ce courrier. Je vous remercie de bien vouloir me confirmer par écrit la date de résiliation effective et de me faire parvenir une attestation de fin de contrat.</w:t>
      </w:r>
    </w:p>
    <w:p>
      <w:r>
        <w:rPr>
          <w:b w:val="0"/>
        </w:rPr>
        <w:t>Conformément à l’article L113-4, vous voudrez bien me rembourser le trop-perçu de cotisation pour la période non couverte, dans un délai de trente jours suivant la date de résiliation. Je reste à votre disposition pour toute information complémentaire.</w:t>
      </w:r>
    </w:p>
    <w:p>
      <w:r>
        <w:rPr>
          <w:b w:val="0"/>
        </w:rPr>
        <w:t>Veuillez agréer, Madame, Monsieur, l’expression de mes salutations distinguées.</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d'assurance habitation</dc:title>
  <dc:subject/>
  <dc:creator/>
  <cp:keywords/>
  <dc:description/>
  <cp:lastModifiedBy/>
  <cp:revision>1</cp:revision>
  <dcterms:created xsi:type="dcterms:W3CDTF">2013-12-23T23:15:00Z</dcterms:created>
  <dcterms:modified xsi:type="dcterms:W3CDTF">2013-12-23T23:15:00Z</dcterms:modified>
  <cp:category/>
</cp:coreProperties>
</file>