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[Numéro et rue]</w:t>
      </w:r>
    </w:p>
    <w:p>
      <w:pPr>
        <w:spacing w:after="0"/>
      </w:pPr>
      <w:r>
        <w:rPr>
          <w:b w:val="0"/>
          <w:color w:val="2446A6"/>
        </w:rPr>
        <w:t>[Code postal et ville]</w:t>
      </w:r>
    </w:p>
    <w:p>
      <w:pPr>
        <w:spacing w:after="0"/>
      </w:pPr>
      <w:r>
        <w:rPr>
          <w:b w:val="0"/>
          <w:color w:val="2446A6"/>
        </w:rPr>
        <w:t>[Téléphone]</w:t>
      </w:r>
    </w:p>
    <w:p>
      <w:pPr>
        <w:spacing w:after="0"/>
      </w:pPr>
      <w:r>
        <w:rPr>
          <w:b w:val="0"/>
          <w:color w:val="2446A6"/>
        </w:rPr>
        <w:t>[Adresse e-mail]</w:t>
      </w:r>
    </w:p>
    <w:p/>
    <w:p>
      <w:pPr>
        <w:spacing w:after="0"/>
        <w:jc w:val="right"/>
      </w:pPr>
      <w:r>
        <w:rPr>
          <w:b w:val="0"/>
          <w:color w:val="2446A6"/>
        </w:rPr>
        <w:t>[Nom du propriétaire ou de l'agence]</w:t>
      </w:r>
    </w:p>
    <w:p>
      <w:pPr>
        <w:spacing w:after="0"/>
        <w:jc w:val="right"/>
      </w:pPr>
      <w:r>
        <w:rPr>
          <w:b w:val="0"/>
          <w:color w:val="2446A6"/>
        </w:rPr>
        <w:t>[Adresse du propriétaire ou de l'agence]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Résiliation de bail en colocation</w:t>
      </w:r>
    </w:p>
    <w:p/>
    <w:p>
      <w:r>
        <w:rPr>
          <w:b w:val="0"/>
        </w:rPr>
        <w:t>Madame, Monsieur,</w:t>
      </w:r>
    </w:p>
    <w:p>
      <w:r>
        <w:rPr>
          <w:b w:val="0"/>
        </w:rPr>
        <w:t xml:space="preserve">Je vous informe par la présente de ma décision de résilier le bail de colocation que j'ai signé le </w:t>
      </w:r>
      <w:r>
        <w:rPr>
          <w:b w:val="0"/>
          <w:color w:val="2446A6"/>
        </w:rPr>
        <w:t>[date de signature]</w:t>
      </w:r>
      <w:r>
        <w:rPr>
          <w:b w:val="0"/>
        </w:rPr>
        <w:t xml:space="preserve"> pour le logement situé au </w:t>
      </w:r>
      <w:r>
        <w:rPr>
          <w:b w:val="0"/>
          <w:color w:val="2446A6"/>
        </w:rPr>
        <w:t>[adresse complète du logement]</w:t>
      </w:r>
      <w:r>
        <w:rPr>
          <w:b w:val="0"/>
        </w:rPr>
        <w:t>.</w:t>
      </w:r>
    </w:p>
    <w:p>
      <w:r>
        <w:rPr>
          <w:b w:val="0"/>
        </w:rPr>
        <w:t xml:space="preserve">Conformément à l'article 15 de la loi n° 89-462 du 6 juillet 1989, le préavis de résiliation est d'un mois pour une colocation. Mon départ prendra donc effet le </w:t>
      </w:r>
      <w:r>
        <w:rPr>
          <w:b w:val="0"/>
          <w:color w:val="2446A6"/>
        </w:rPr>
        <w:t>[date de fin de préavis]</w:t>
      </w:r>
      <w:r>
        <w:rPr>
          <w:b w:val="0"/>
        </w:rPr>
        <w:t>, soit un mois après la réception de ce courrier.</w:t>
      </w:r>
    </w:p>
    <w:p>
      <w:r>
        <w:rPr>
          <w:b w:val="0"/>
        </w:rPr>
        <w:t>Je tiens à vous préciser que je quitterai le logement à cette date et qu'un état des lieux de sortie sera réalisé. Je vous remercie de bien vouloir me restituer le dépôt de garantie dans les deux mois suivant la remise des clés, conformément à la loi.</w:t>
      </w:r>
    </w:p>
    <w:p>
      <w:r>
        <w:rPr>
          <w:b w:val="0"/>
        </w:rPr>
        <w:t xml:space="preserve">Je reste à votre disposition pour convenir d'une date pour l'état des lieux de sortie. Vous pouvez me joindre au </w:t>
      </w:r>
      <w:r>
        <w:rPr>
          <w:b w:val="0"/>
          <w:color w:val="2446A6"/>
        </w:rPr>
        <w:t>[numéro de téléphone]</w:t>
      </w:r>
      <w:r>
        <w:rPr>
          <w:b w:val="0"/>
        </w:rPr>
        <w:t xml:space="preserve"> ou par e-mail à </w:t>
      </w:r>
      <w:r>
        <w:rPr>
          <w:b w:val="0"/>
          <w:color w:val="2446A6"/>
        </w:rPr>
        <w:t>[adresse e-mail]</w:t>
      </w:r>
      <w:r>
        <w:rPr>
          <w:b w:val="0"/>
        </w:rPr>
        <w:t>.</w:t>
      </w:r>
    </w:p>
    <w:p>
      <w:r>
        <w:rPr>
          <w:b w:val="0"/>
        </w:rPr>
        <w:t>Je vous prie d'agréer, Madame, Monsieur, l'expression de mes salutations distinguées.</w:t>
      </w:r>
    </w:p>
    <w:p>
      <w:r>
        <w:rPr>
          <w:b w:val="0"/>
        </w:rPr>
        <w:t>Je vous prie d'agréer, Madame, Monsieur, l'expression de mes salutations distinguées.</w:t>
      </w:r>
    </w:p>
    <w:p/>
    <w:p>
      <w:pPr>
        <w:jc w:val="right"/>
      </w:pPr>
      <w:r>
        <w:rPr>
          <w:b w:val="0"/>
          <w:color w:val="2446A6"/>
        </w:rPr>
        <w:t>[Prénom Nom]</w:t>
      </w:r>
    </w:p>
    <w:p/>
    <w:p>
      <w:r>
        <w:rPr>
          <w:b w:val="0"/>
        </w:rPr>
        <w:t>Pièce jointe : copie du bail de colocation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de bail en colocation</dc:title>
  <dc:subject/>
  <dc:creator/>
  <cp:keywords/>
  <dc:description/>
  <cp:lastModifiedBy/>
  <cp:revision>1</cp:revision>
  <dcterms:created xsi:type="dcterms:W3CDTF">2013-12-23T23:15:00Z</dcterms:created>
  <dcterms:modified xsi:type="dcterms:W3CDTF">2013-12-23T23:15:00Z</dcterms:modified>
  <cp:category/>
</cp:coreProperties>
</file>