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Lilas, 69003 Lyon]</w:t>
      </w:r>
    </w:p>
    <w:p>
      <w:pPr>
        <w:spacing w:after="0"/>
      </w:pPr>
      <w:r>
        <w:rPr>
          <w:b w:val="0"/>
          <w:color w:val="2446A6"/>
        </w:rPr>
        <w:t>[06 12 34 56 78]</w:t>
      </w:r>
      <w:r>
        <w:rPr>
          <w:b w:val="0"/>
        </w:rPr>
        <w:t xml:space="preserve"> — </w:t>
      </w:r>
      <w:r>
        <w:rPr>
          <w:b w:val="0"/>
          <w:color w:val="2446A6"/>
        </w:rPr>
        <w:t>[prenom.nom@email.fr]</w:t>
      </w:r>
    </w:p>
    <w:p/>
    <w:p>
      <w:pPr>
        <w:spacing w:after="0"/>
        <w:jc w:val="right"/>
      </w:pPr>
      <w:r>
        <w:rPr>
          <w:b w:val="0"/>
          <w:color w:val="2446A6"/>
        </w:rPr>
        <w:t>[Madame Claire Fontaine]</w:t>
      </w:r>
    </w:p>
    <w:p>
      <w:pPr>
        <w:spacing w:after="0"/>
        <w:jc w:val="right"/>
      </w:pPr>
      <w:r>
        <w:rPr>
          <w:b w:val="0"/>
          <w:color w:val="2446A6"/>
        </w:rPr>
        <w:t>[8 avenue Jean-Jaurès, 69007 Lyon]</w:t>
      </w:r>
    </w:p>
    <w:p/>
    <w:p>
      <w:pPr>
        <w:jc w:val="right"/>
      </w:pPr>
      <w:r>
        <w:rPr>
          <w:b w:val="0"/>
        </w:rPr>
        <w:t xml:space="preserve">À </w:t>
      </w:r>
      <w:r>
        <w:rPr>
          <w:b w:val="0"/>
          <w:color w:val="2446A6"/>
        </w:rPr>
        <w:t>[Lyon]</w:t>
      </w:r>
      <w:r>
        <w:rPr>
          <w:b w:val="0"/>
        </w:rPr>
        <w:t xml:space="preserve">, le </w:t>
      </w:r>
      <w:r>
        <w:rPr>
          <w:b w:val="0"/>
          <w:color w:val="2446A6"/>
        </w:rPr>
        <w:t>[24 septembre 2026]</w:t>
      </w:r>
    </w:p>
    <w:p>
      <w:pPr>
        <w:spacing w:after="0"/>
      </w:pPr>
      <w:r>
        <w:rPr>
          <w:b/>
        </w:rPr>
        <w:t>Lettre recommandée avec accusé de réception</w:t>
      </w:r>
    </w:p>
    <w:p>
      <w:r>
        <w:rPr>
          <w:b/>
        </w:rPr>
        <w:t xml:space="preserve">Objet : congé du logement meublé situé </w:t>
      </w:r>
      <w:r>
        <w:rPr>
          <w:b/>
          <w:color w:val="2446A6"/>
        </w:rPr>
        <w:t>[8 avenue Jean-Jaurès, 69007 Lyon]</w:t>
      </w:r>
      <w:r>
        <w:rPr>
          <w:b/>
        </w:rPr>
        <w:t xml:space="preserve"> — préavis d'un mois</w:t>
      </w:r>
    </w:p>
    <w:p/>
    <w:p>
      <w:r>
        <w:rPr>
          <w:b w:val="0"/>
        </w:rPr>
        <w:t>Madame,</w:t>
      </w:r>
    </w:p>
    <w:p>
      <w:r>
        <w:rPr>
          <w:b w:val="0"/>
        </w:rPr>
        <w:t xml:space="preserve">Je vous informe par la présente de mon départ du logement meublé que j'occupe au </w:t>
      </w:r>
      <w:r>
        <w:rPr>
          <w:b w:val="0"/>
          <w:color w:val="2446A6"/>
        </w:rPr>
        <w:t>[8 avenue Jean-Jaurès, 69007 Lyon]</w:t>
      </w:r>
      <w:r>
        <w:rPr>
          <w:b w:val="0"/>
        </w:rPr>
        <w:t xml:space="preserve">, en vertu du bail signé le </w:t>
      </w:r>
      <w:r>
        <w:rPr>
          <w:b w:val="0"/>
          <w:color w:val="2446A6"/>
        </w:rPr>
        <w:t>[3 mars 2025]</w:t>
      </w:r>
      <w:r>
        <w:rPr>
          <w:b w:val="0"/>
        </w:rPr>
        <w:t xml:space="preserve"> et enregistré sous le numéro </w:t>
      </w:r>
      <w:r>
        <w:rPr>
          <w:b w:val="0"/>
          <w:color w:val="2446A6"/>
        </w:rPr>
        <w:t>[MB-2025-0417]</w:t>
      </w:r>
      <w:r>
        <w:rPr>
          <w:b w:val="0"/>
        </w:rPr>
        <w:t>.</w:t>
      </w:r>
    </w:p>
    <w:p>
      <w:r>
        <w:rPr>
          <w:b w:val="0"/>
        </w:rPr>
        <w:t xml:space="preserve">Conformément à l'article 15 de la loi du 6 juillet 1989, ce congé prend effet un mois après la réception de la présente lettre. Je quitterai donc les lieux au plus tard le </w:t>
      </w:r>
      <w:r>
        <w:rPr>
          <w:b w:val="0"/>
          <w:color w:val="2446A6"/>
        </w:rPr>
        <w:t>[24 octobre 2026]</w:t>
      </w:r>
      <w:r>
        <w:rPr>
          <w:b w:val="0"/>
        </w:rPr>
        <w:t xml:space="preserve"> et vous remettrai les clés à cette date.</w:t>
      </w:r>
    </w:p>
    <w:p>
      <w:r>
        <w:rPr>
          <w:b w:val="0"/>
        </w:rPr>
        <w:t xml:space="preserve">Je vous propose un rendez-vous le </w:t>
      </w:r>
      <w:r>
        <w:rPr>
          <w:b w:val="0"/>
          <w:color w:val="2446A6"/>
        </w:rPr>
        <w:t>[23 octobre 2026 à 15 heures]</w:t>
      </w:r>
      <w:r>
        <w:rPr>
          <w:b w:val="0"/>
        </w:rPr>
        <w:t xml:space="preserve"> pour l'état des lieux de sortie. Je relèverai les compteurs d'électricité et d'eau le jour même et vous transmettrai les relevés avec les justificatifs de résiliation des contrats d'énergie et d'internet.</w:t>
      </w:r>
    </w:p>
    <w:p>
      <w:r>
        <w:rPr>
          <w:b w:val="0"/>
        </w:rPr>
        <w:t xml:space="preserve">Le dépôt de garantie de </w:t>
      </w:r>
      <w:r>
        <w:rPr>
          <w:b w:val="0"/>
          <w:color w:val="2446A6"/>
        </w:rPr>
        <w:t>[700 euros]</w:t>
      </w:r>
      <w:r>
        <w:rPr>
          <w:b w:val="0"/>
        </w:rPr>
        <w:t xml:space="preserve"> versé à la signature devra être restitué dans le mois suivant la remise des clés, l'état des lieux ne faisant apparaître aucune dégradation imputable au locataire.</w:t>
      </w:r>
    </w:p>
    <w:p>
      <w:r>
        <w:rPr>
          <w:b w:val="0"/>
        </w:rPr>
        <w:t xml:space="preserve">Je reste joignable au </w:t>
      </w:r>
      <w:r>
        <w:rPr>
          <w:b w:val="0"/>
          <w:color w:val="2446A6"/>
        </w:rPr>
        <w:t>[06 12 34 56 78]</w:t>
      </w:r>
      <w:r>
        <w:rPr>
          <w:b w:val="0"/>
        </w:rPr>
        <w:t xml:space="preserve"> pour convenir d'une autre date si celle-ci ne vous convient pas.</w:t>
      </w:r>
    </w:p>
    <w:p>
      <w:r>
        <w:rPr>
          <w:b w:val="0"/>
        </w:rPr>
        <w:t>Je vous prie d'agréer, Madame, l'expression de mes salutations distinguées.</w:t>
      </w:r>
    </w:p>
    <w:p/>
    <w:p>
      <w:pPr>
        <w:jc w:val="right"/>
      </w:pPr>
      <w:r>
        <w:rPr>
          <w:b w:val="0"/>
          <w:color w:val="2446A6"/>
        </w:rPr>
        <w:t>[Prénom Nom]</w:t>
      </w:r>
    </w:p>
    <w:p/>
    <w:p>
      <w:r>
        <w:rPr>
          <w:b w:val="0"/>
        </w:rPr>
        <w:t xml:space="preserve">Pièce jointe : copie du bail meublé </w:t>
      </w:r>
      <w:r>
        <w:rPr>
          <w:b w:val="0"/>
          <w:color w:val="2446A6"/>
        </w:rPr>
        <w:t>[MB-2025-0417]</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résiliation de bail meublé</dc:title>
  <dc:subject/>
  <dc:creator/>
  <cp:keywords/>
  <dc:description/>
  <cp:lastModifiedBy/>
  <cp:revision>1</cp:revision>
  <dcterms:created xsi:type="dcterms:W3CDTF">2013-12-23T23:15:00Z</dcterms:created>
  <dcterms:modified xsi:type="dcterms:W3CDTF">2013-12-23T23:15:00Z</dcterms:modified>
  <cp:category/>
</cp:coreProperties>
</file>