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</w:rPr>
        <w:t xml:space="preserve">Courriel : </w:t>
      </w: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  <w:color w:val="2446A6"/>
        </w:rPr>
        <w:t>[Nom du propriétaire ou de l'agence]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>
      <w:pPr>
        <w:spacing w:after="0"/>
        <w:jc w:val="right"/>
      </w:pPr>
      <w:r>
        <w:rPr>
          <w:b w:val="0"/>
          <w:color w:val="2446A6"/>
        </w:rPr>
        <w:t>[Code postal 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Résiliation de bail avec préavis réduit à un mois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la présente, je vous informe de ma décision de résilier le bail du logement situé </w:t>
      </w:r>
      <w:r>
        <w:rPr>
          <w:b w:val="0"/>
          <w:color w:val="2446A6"/>
        </w:rPr>
        <w:t>[adresse du logement]</w:t>
      </w:r>
      <w:r>
        <w:rPr>
          <w:b w:val="0"/>
        </w:rPr>
        <w:t xml:space="preserve">, signé le </w:t>
      </w:r>
      <w:r>
        <w:rPr>
          <w:b w:val="0"/>
          <w:color w:val="2446A6"/>
        </w:rPr>
        <w:t>[date de signature du bail]</w:t>
      </w:r>
      <w:r>
        <w:rPr>
          <w:b w:val="0"/>
        </w:rPr>
        <w:t xml:space="preserve">. Conformément à l'article 15 de la loi n° 89-462 du 6 juillet 1989 modifiée, je bénéficie d'un préavis réduit à un mois pour le motif suivant : </w:t>
      </w:r>
      <w:r>
        <w:rPr>
          <w:b w:val="0"/>
          <w:color w:val="2446A6"/>
        </w:rPr>
        <w:t>[motif légal : obtention d'un premier emploi, mutation professionnelle, perte d'emploi, nouvel emploi après une période de chômage, bénéficiaire du RSA ou de l'allocation adulte handicapé, logement situé en zone tendue]</w:t>
      </w:r>
      <w:r>
        <w:rPr>
          <w:b w:val="0"/>
        </w:rPr>
        <w:t>.</w:t>
      </w:r>
    </w:p>
    <w:p>
      <w:r>
        <w:rPr>
          <w:b w:val="0"/>
        </w:rPr>
        <w:t xml:space="preserve">Je joins à ce courrier le(s) justificatif(s) correspondant(s) : </w:t>
      </w:r>
      <w:r>
        <w:rPr>
          <w:b w:val="0"/>
          <w:color w:val="2446A6"/>
        </w:rPr>
        <w:t>[détail des pièces jointes : attestation Pôle emploi, contrat de travail, certificat de mutation, notification de RSA, etc.]</w:t>
      </w:r>
      <w:r>
        <w:rPr>
          <w:b w:val="0"/>
        </w:rPr>
        <w:t>. Le préavis d'un mois débutera à la date de première présentation de cette lettre recommandée.</w:t>
      </w:r>
    </w:p>
    <w:p>
      <w:r>
        <w:rPr>
          <w:b w:val="0"/>
        </w:rPr>
        <w:t>Je vous remercie de bien vouloir me communiquer la date de l'état des lieux de sortie ainsi que le décompte de restitution du dépôt de garantie. Je reste à votre disposition pour convenir d'un rendez-vous.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Pièces jointes : </w:t>
      </w:r>
      <w:r>
        <w:rPr>
          <w:b w:val="0"/>
          <w:color w:val="2446A6"/>
        </w:rPr>
        <w:t>[liste des justificatifs]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Résiliation de bail avec préavis d'un mois : le modèle de lettre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