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[Numéro de téléphone]</w:t>
      </w:r>
    </w:p>
    <w:p/>
    <w:p>
      <w:pPr>
        <w:spacing w:after="0"/>
        <w:jc w:val="right"/>
      </w:pPr>
      <w:r>
        <w:rPr>
          <w:b w:val="0"/>
        </w:rPr>
        <w:t>CANAL+ Service résiliation</w:t>
      </w:r>
    </w:p>
    <w:p>
      <w:pPr>
        <w:spacing w:after="0"/>
        <w:jc w:val="right"/>
      </w:pPr>
      <w:r>
        <w:rPr>
          <w:b w:val="0"/>
        </w:rPr>
        <w:t>TSA 86712</w:t>
      </w:r>
    </w:p>
    <w:p>
      <w:pPr>
        <w:spacing w:after="0"/>
        <w:jc w:val="right"/>
      </w:pPr>
      <w:r>
        <w:rPr>
          <w:b w:val="0"/>
        </w:rPr>
        <w:t>95905 CERGY PONTOISE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>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l'abonnement Canal+ – Contrat n°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mon abonnement Canal+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 et portant le numéro de contrat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rattaché à mon numéro de client </w:t>
      </w:r>
      <w:r>
        <w:rPr>
          <w:b w:val="0"/>
          <w:color w:val="2446A6"/>
        </w:rPr>
        <w:t>[numéro de client]</w:t>
      </w:r>
      <w:r>
        <w:rPr>
          <w:b w:val="0"/>
        </w:rPr>
        <w:t>.</w:t>
      </w:r>
    </w:p>
    <w:p>
      <w:r>
        <w:rPr>
          <w:b w:val="0"/>
        </w:rPr>
        <w:t xml:space="preserve">Conformément à l'article L.215-1 du Code de la consommation, cette résiliation prendra effet à la prochaine échéance de mon contrat, soit le </w:t>
      </w:r>
      <w:r>
        <w:rPr>
          <w:b w:val="0"/>
          <w:color w:val="2446A6"/>
        </w:rPr>
        <w:t>[date d'échéance]</w:t>
      </w:r>
      <w:r>
        <w:rPr>
          <w:b w:val="0"/>
        </w:rPr>
        <w:t>. J'ai bien pris soin de respecter le délai de préavis de 30 jours prévu par les conditions générales d'abonnement.</w:t>
      </w:r>
    </w:p>
    <w:p>
      <w:r>
        <w:rPr>
          <w:b w:val="0"/>
        </w:rPr>
        <w:t xml:space="preserve">Je vous remercie de me confirmer la prise en compte de cette résiliation par retour de courrier ou par email à l'adresse </w:t>
      </w:r>
      <w:r>
        <w:rPr>
          <w:b w:val="0"/>
          <w:color w:val="2446A6"/>
        </w:rPr>
        <w:t>[adresse.email@exemple.com]</w:t>
      </w:r>
      <w:r>
        <w:rPr>
          <w:b w:val="0"/>
        </w:rPr>
        <w:t>. Veuillez également m'indiquer la procédure de restitution du matériel mis à disposition, le cas échéant.</w:t>
      </w:r>
    </w:p>
    <w:p>
      <w:r>
        <w:rPr>
          <w:b w:val="0"/>
        </w:rPr>
        <w:t>Dans l'attente de votre confirmation, 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justificatif de domicile de moins de trois mois (si motif légitime)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d'abonnement Canal+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