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[Adresse]</w:t>
      </w:r>
    </w:p>
    <w:p>
      <w:pPr>
        <w:spacing w:after="0"/>
      </w:pPr>
      <w:r>
        <w:rPr>
          <w:b w:val="0"/>
          <w:color w:val="2446A6"/>
        </w:rPr>
        <w:t>[Code postal Ville]</w:t>
      </w:r>
    </w:p>
    <w:p>
      <w:pPr>
        <w:spacing w:after="0"/>
      </w:pPr>
      <w:r>
        <w:rPr>
          <w:b w:val="0"/>
        </w:rPr>
        <w:t xml:space="preserve">Tél. : </w:t>
      </w:r>
      <w:r>
        <w:rPr>
          <w:b w:val="0"/>
          <w:color w:val="2446A6"/>
        </w:rPr>
        <w:t>[numéro]</w:t>
      </w:r>
    </w:p>
    <w:p>
      <w:pPr>
        <w:spacing w:after="0"/>
      </w:pPr>
      <w:r>
        <w:rPr>
          <w:b w:val="0"/>
        </w:rPr>
        <w:t xml:space="preserve">Email : </w:t>
      </w:r>
      <w:r>
        <w:rPr>
          <w:b w:val="0"/>
          <w:color w:val="2446A6"/>
        </w:rPr>
        <w:t>[adresse]</w:t>
      </w:r>
    </w:p>
    <w:p/>
    <w:p>
      <w:pPr>
        <w:spacing w:after="0"/>
        <w:jc w:val="right"/>
      </w:pPr>
      <w:r>
        <w:rPr>
          <w:b w:val="0"/>
        </w:rPr>
        <w:t>EDF - Service Résiliation</w:t>
      </w:r>
    </w:p>
    <w:p>
      <w:pPr>
        <w:spacing w:after="0"/>
        <w:jc w:val="right"/>
      </w:pPr>
      <w:r>
        <w:rPr>
          <w:b w:val="0"/>
        </w:rPr>
        <w:t>34 rue de la Croix de Fer</w:t>
      </w:r>
    </w:p>
    <w:p>
      <w:pPr>
        <w:spacing w:after="0"/>
        <w:jc w:val="right"/>
      </w:pPr>
      <w:r>
        <w:rPr>
          <w:b w:val="0"/>
        </w:rPr>
        <w:t>78105 Saint-Germain-en-Laye Cedex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[date]</w:t>
      </w:r>
    </w:p>
    <w:p>
      <w:pPr>
        <w:spacing w:after="0"/>
      </w:pPr>
      <w:r>
        <w:rPr>
          <w:b/>
        </w:rPr>
        <w:t>Lettre recommandée avec accusé de réception</w:t>
      </w:r>
    </w:p>
    <w:p>
      <w:r>
        <w:rPr>
          <w:b/>
        </w:rPr>
        <w:t xml:space="preserve">Objet : Résiliation du contrat d’électricité n° </w:t>
      </w:r>
      <w:r>
        <w:rPr>
          <w:b/>
          <w:color w:val="2446A6"/>
        </w:rPr>
        <w:t>[numéro de contrat]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Titulaire du contrat d’électricité n° </w:t>
      </w:r>
      <w:r>
        <w:rPr>
          <w:b w:val="0"/>
          <w:color w:val="2446A6"/>
        </w:rPr>
        <w:t>[numéro de contrat]</w:t>
      </w:r>
      <w:r>
        <w:rPr>
          <w:b w:val="0"/>
        </w:rPr>
        <w:t xml:space="preserve"> pour le logement situé au </w:t>
      </w:r>
      <w:r>
        <w:rPr>
          <w:b w:val="0"/>
          <w:color w:val="2446A6"/>
        </w:rPr>
        <w:t>[adresse]</w:t>
      </w:r>
      <w:r>
        <w:rPr>
          <w:b w:val="0"/>
        </w:rPr>
        <w:t xml:space="preserve">, je vous informe de ma décision de le résilier. La date d’effet souhaitée est le </w:t>
      </w:r>
      <w:r>
        <w:rPr>
          <w:b w:val="0"/>
          <w:color w:val="2446A6"/>
        </w:rPr>
        <w:t>[date]</w:t>
      </w:r>
      <w:r>
        <w:rPr>
          <w:b w:val="0"/>
        </w:rPr>
        <w:t xml:space="preserve">, correspondant à </w:t>
      </w:r>
      <w:r>
        <w:rPr>
          <w:b w:val="0"/>
          <w:color w:val="2446A6"/>
        </w:rPr>
        <w:t>[un déménagement / un changement de fournisseur]</w:t>
      </w:r>
      <w:r>
        <w:rPr>
          <w:b w:val="0"/>
        </w:rPr>
        <w:t>.</w:t>
      </w:r>
    </w:p>
    <w:p>
      <w:r>
        <w:rPr>
          <w:b w:val="0"/>
        </w:rPr>
        <w:t xml:space="preserve">Conformément à l’article L224-14 du Code de la consommation, aucun frais de résiliation ne peut m’être facturé. Je joins à ce courrier le relevé de compteur effectué le </w:t>
      </w:r>
      <w:r>
        <w:rPr>
          <w:b w:val="0"/>
          <w:color w:val="2446A6"/>
        </w:rPr>
        <w:t>[date]</w:t>
      </w:r>
      <w:r>
        <w:rPr>
          <w:b w:val="0"/>
        </w:rPr>
        <w:t xml:space="preserve"> : index heures pleines </w:t>
      </w:r>
      <w:r>
        <w:rPr>
          <w:b w:val="0"/>
          <w:color w:val="2446A6"/>
        </w:rPr>
        <w:t>[valeur]</w:t>
      </w:r>
      <w:r>
        <w:rPr>
          <w:b w:val="0"/>
        </w:rPr>
        <w:t xml:space="preserve">, index heures creuses </w:t>
      </w:r>
      <w:r>
        <w:rPr>
          <w:b w:val="0"/>
          <w:color w:val="2446A6"/>
        </w:rPr>
        <w:t>[valeur]</w:t>
      </w:r>
      <w:r>
        <w:rPr>
          <w:b w:val="0"/>
        </w:rPr>
        <w:t>.</w:t>
      </w:r>
    </w:p>
    <w:p>
      <w:r>
        <w:rPr>
          <w:b w:val="0"/>
        </w:rPr>
        <w:t>Veuillez me confirmer la prise en compte de cette résiliation et m’adresser la facture de clôture à l’adresse indiquée ci-dessus. Le prélèvement automatique reste actif jusqu’à la date d’effet.</w:t>
      </w:r>
    </w:p>
    <w:p>
      <w:r>
        <w:rPr>
          <w:b w:val="0"/>
        </w:rPr>
        <w:t>Je vous prie d’agréer, Madame, Monsieur, l’expression de mes salutations distinguées.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 jointe : relevé de compteur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résiliation de contrat EDF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