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Peupliers, 44000 Nantes]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/>
    <w:p>
      <w:pPr>
        <w:spacing w:after="0"/>
        <w:jc w:val="right"/>
      </w:pPr>
      <w:r>
        <w:rPr>
          <w:b w:val="0"/>
        </w:rPr>
        <w:t>ENGIE – Service Clients</w:t>
      </w:r>
    </w:p>
    <w:p>
      <w:pPr>
        <w:spacing w:after="0"/>
        <w:jc w:val="right"/>
      </w:pPr>
      <w:r>
        <w:rPr>
          <w:b w:val="0"/>
        </w:rPr>
        <w:t>TSA 87 494</w:t>
      </w:r>
    </w:p>
    <w:p>
      <w:pPr>
        <w:spacing w:after="0"/>
        <w:jc w:val="right"/>
      </w:pPr>
      <w:r>
        <w:rPr>
          <w:b w:val="0"/>
        </w:rPr>
        <w:t>76934 Rouen Cedex 09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[Nantes]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résiliation du contrat Engie n° </w:t>
      </w:r>
      <w:r>
        <w:rPr>
          <w:b/>
          <w:color w:val="2446A6"/>
        </w:rPr>
        <w:t>[1234567890]</w:t>
      </w:r>
      <w:r>
        <w:rPr>
          <w:b/>
        </w:rPr>
        <w:t xml:space="preserve"> – point de livraison </w:t>
      </w:r>
      <w:r>
        <w:rPr>
          <w:b/>
          <w:color w:val="2446A6"/>
        </w:rPr>
        <w:t>[PDL/PRM 12345678901234]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vous demande par la présente la résiliation de mon contrat Engie référencé </w:t>
      </w:r>
      <w:r>
        <w:rPr>
          <w:b w:val="0"/>
          <w:color w:val="2446A6"/>
        </w:rPr>
        <w:t>[1234567890]</w:t>
      </w:r>
      <w:r>
        <w:rPr>
          <w:b w:val="0"/>
        </w:rPr>
        <w:t xml:space="preserve">, qui couvre le point de livraison situé au </w:t>
      </w:r>
      <w:r>
        <w:rPr>
          <w:b w:val="0"/>
          <w:color w:val="2446A6"/>
        </w:rPr>
        <w:t>[12 rue des Peupliers, 44000 Nantes]</w:t>
      </w:r>
      <w:r>
        <w:rPr>
          <w:b w:val="0"/>
        </w:rPr>
        <w:t>. Cette résiliation prend effet à la date de réception de ce courrier, conformément aux conditions générales de vente applicables aux clients particuliers.</w:t>
      </w:r>
    </w:p>
    <w:p>
      <w:r>
        <w:rPr>
          <w:b w:val="0"/>
        </w:rPr>
        <w:t xml:space="preserve">Je souhaite que le relevé de mon compteur </w:t>
      </w:r>
      <w:r>
        <w:rPr>
          <w:b w:val="0"/>
          <w:color w:val="2446A6"/>
        </w:rPr>
        <w:t>[n° de compteur 12345678901234]</w:t>
      </w:r>
      <w:r>
        <w:rPr>
          <w:b w:val="0"/>
        </w:rPr>
        <w:t xml:space="preserve"> serve de base à la facture de clôture, et que celle-ci me soit adressée à l'adresse indiquée en en-tête. Le solde éventuel, créditeur ou débiteur, sera réglé selon les modalités habituelles.</w:t>
      </w:r>
    </w:p>
    <w:p>
      <w:r>
        <w:rPr>
          <w:b w:val="0"/>
        </w:rPr>
        <w:t xml:space="preserve">Aucun déplacement technique n'est nécessaire à ma connaissance. Si une intervention Enedis s'avérait indispensable, je vous demande de m'en informer au préalable par téléphone au </w:t>
      </w:r>
      <w:r>
        <w:rPr>
          <w:b w:val="0"/>
          <w:color w:val="2446A6"/>
        </w:rPr>
        <w:t>[06 12 34 56 78]</w:t>
      </w:r>
      <w:r>
        <w:rPr>
          <w:b w:val="0"/>
        </w:rPr>
        <w:t>, afin que nous convenions ensemble d'un créneau.</w:t>
      </w:r>
    </w:p>
    <w:p>
      <w:r>
        <w:rPr>
          <w:b w:val="0"/>
        </w:rPr>
        <w:t>Je vous remercie de m'adresser, sous quinze jours, une confirmation écrite mentionnant la date effective de fin de contrat et le montant de la dernière facture.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la dernière facture Engie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de contrat Engie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