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[M. / Mme Prénom Nom]</w:t>
      </w:r>
    </w:p>
    <w:p>
      <w:pPr>
        <w:spacing w:after="0"/>
      </w:pPr>
      <w:r>
        <w:rPr>
          <w:b w:val="0"/>
          <w:color w:val="2446A6"/>
        </w:rPr>
        <w:t>[Numéro et rue]</w:t>
      </w:r>
    </w:p>
    <w:p>
      <w:pPr>
        <w:spacing w:after="0"/>
      </w:pPr>
      <w:r>
        <w:rPr>
          <w:b w:val="0"/>
          <w:color w:val="2446A6"/>
        </w:rPr>
        <w:t>[Code postal et ville]</w:t>
      </w:r>
    </w:p>
    <w:p>
      <w:pPr>
        <w:spacing w:after="0"/>
      </w:pPr>
      <w:r>
        <w:rPr>
          <w:b w:val="0"/>
          <w:color w:val="2446A6"/>
        </w:rPr>
        <w:t>[Numéro de client : XXXX-XXXX-XXXX]</w:t>
      </w:r>
    </w:p>
    <w:p/>
    <w:p>
      <w:pPr>
        <w:spacing w:after="0"/>
        <w:jc w:val="right"/>
      </w:pPr>
      <w:r>
        <w:rPr>
          <w:b w:val="0"/>
        </w:rPr>
        <w:t>TotalEnergies Électricité et Gaz</w:t>
      </w:r>
    </w:p>
    <w:p>
      <w:pPr>
        <w:spacing w:after="0"/>
        <w:jc w:val="right"/>
      </w:pPr>
      <w:r>
        <w:rPr>
          <w:b w:val="0"/>
        </w:rPr>
        <w:t>Service Résiliation</w:t>
      </w:r>
    </w:p>
    <w:p>
      <w:pPr>
        <w:spacing w:after="0"/>
        <w:jc w:val="right"/>
      </w:pPr>
      <w:r>
        <w:rPr>
          <w:b w:val="0"/>
        </w:rPr>
        <w:t>TSA 12345</w:t>
      </w:r>
    </w:p>
    <w:p>
      <w:pPr>
        <w:spacing w:after="0"/>
        <w:jc w:val="right"/>
      </w:pPr>
      <w:r>
        <w:rPr>
          <w:b w:val="0"/>
        </w:rPr>
        <w:t>92099 Paris La Défense Cedex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Résiliation de mon contrat TotalEnergies – numéro client </w:t>
      </w:r>
      <w:r>
        <w:rPr>
          <w:b/>
          <w:color w:val="2446A6"/>
        </w:rPr>
        <w:t>[XXXX]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la présente, je vous informe de ma décision de résilier mon contrat d’électricité n° </w:t>
      </w:r>
      <w:r>
        <w:rPr>
          <w:b w:val="0"/>
          <w:color w:val="2446A6"/>
        </w:rPr>
        <w:t>[XXXX]</w:t>
      </w:r>
      <w:r>
        <w:rPr>
          <w:b w:val="0"/>
        </w:rPr>
        <w:t xml:space="preserve"> souscrit le </w:t>
      </w:r>
      <w:r>
        <w:rPr>
          <w:b w:val="0"/>
          <w:color w:val="2446A6"/>
        </w:rPr>
        <w:t>[date de début]</w:t>
      </w:r>
      <w:r>
        <w:rPr>
          <w:b w:val="0"/>
        </w:rPr>
        <w:t>. Conformément aux conditions générales de vente en vigueur et aux dispositions légales, je souhaite mettre un terme à ce contrat à l’expiration du délai de préavis de 30 jours suivant la réception de ce courrier recommandé.</w:t>
      </w:r>
    </w:p>
    <w:p>
      <w:r>
        <w:rPr>
          <w:b w:val="0"/>
        </w:rPr>
        <w:t xml:space="preserve">Mon nouveau fournisseur d’énergie débutera la fourniture le </w:t>
      </w:r>
      <w:r>
        <w:rPr>
          <w:b w:val="0"/>
          <w:color w:val="2446A6"/>
        </w:rPr>
        <w:t>[date]</w:t>
      </w:r>
      <w:r>
        <w:rPr>
          <w:b w:val="0"/>
        </w:rPr>
        <w:t xml:space="preserve"> et pourra effectuer les démarches de résiliation auprès de vous. Cependant, pour garantir une prise en compte rapide, je vous adresse directement cette lettre.</w:t>
      </w:r>
    </w:p>
    <w:p>
      <w:r>
        <w:rPr>
          <w:b w:val="0"/>
        </w:rPr>
        <w:t xml:space="preserve">Je vous demande de bien vouloir me confirmer la date de prise d’effet de la résiliation et d’établir une facture de clôture arrêtant les consommations à cette date. Mon relevé de compteur (index) est de </w:t>
      </w:r>
      <w:r>
        <w:rPr>
          <w:b w:val="0"/>
          <w:color w:val="2446A6"/>
        </w:rPr>
        <w:t>[index relevé]</w:t>
      </w:r>
      <w:r>
        <w:rPr>
          <w:b w:val="0"/>
        </w:rPr>
        <w:t xml:space="preserve"> en date du </w:t>
      </w:r>
      <w:r>
        <w:rPr>
          <w:b w:val="0"/>
          <w:color w:val="2446A6"/>
        </w:rPr>
        <w:t>[date du relevé]</w:t>
      </w:r>
      <w:r>
        <w:rPr>
          <w:b w:val="0"/>
        </w:rPr>
        <w:t>.</w:t>
      </w:r>
    </w:p>
    <w:p>
      <w:r>
        <w:rPr>
          <w:b w:val="0"/>
        </w:rPr>
        <w:t>Je vous prie de suspendre toute proposition de changement d’offre et de ne pas me contacter téléphoniquement pour une contre-proposition.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copie du relevé de compteur du </w:t>
      </w:r>
      <w:r>
        <w:rPr>
          <w:b w:val="0"/>
          <w:color w:val="2446A6"/>
        </w:rPr>
        <w:t>[date]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résiliation de contrat TotalEnergies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