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 Ville]</w:t>
      </w:r>
    </w:p>
    <w:p>
      <w:pPr>
        <w:spacing w:after="0"/>
      </w:pPr>
      <w:r>
        <w:rPr>
          <w:b w:val="0"/>
        </w:rPr>
        <w:t xml:space="preserve">Tél. : </w:t>
      </w:r>
      <w:r>
        <w:rPr>
          <w:b w:val="0"/>
          <w:color w:val="2446A6"/>
        </w:rPr>
        <w:t>[06 12 34 56 78]</w:t>
      </w:r>
    </w:p>
    <w:p/>
    <w:p>
      <w:pPr>
        <w:spacing w:after="0"/>
        <w:jc w:val="right"/>
      </w:pPr>
      <w:r>
        <w:rPr>
          <w:b w:val="0"/>
        </w:rPr>
        <w:t>Free Mobile Résiliation</w:t>
      </w:r>
    </w:p>
    <w:p>
      <w:pPr>
        <w:spacing w:after="0"/>
        <w:jc w:val="right"/>
      </w:pPr>
      <w:r>
        <w:rPr>
          <w:b w:val="0"/>
        </w:rPr>
        <w:t>75371 Paris Cedex 08</w:t>
      </w:r>
    </w:p>
    <w:p/>
    <w:p>
      <w:pPr>
        <w:jc w:val="right"/>
      </w:pPr>
      <w:r>
        <w:rPr>
          <w:b w:val="0"/>
        </w:rPr>
        <w:t xml:space="preserve">À </w:t>
      </w:r>
      <w:r>
        <w:rPr>
          <w:b w:val="0"/>
          <w:color w:val="2446A6"/>
        </w:rPr>
        <w:t>[Lyon]</w:t>
      </w:r>
      <w:r>
        <w:rPr>
          <w:b w:val="0"/>
        </w:rPr>
        <w:t xml:space="preserve">, le </w:t>
      </w:r>
      <w:r>
        <w:rPr>
          <w:b w:val="0"/>
          <w:color w:val="2446A6"/>
        </w:rPr>
        <w:t>[24 septembre 2026]</w:t>
      </w:r>
    </w:p>
    <w:p>
      <w:pPr>
        <w:spacing w:after="0"/>
      </w:pPr>
      <w:r>
        <w:rPr>
          <w:b/>
        </w:rPr>
        <w:t>Lettre recommandée avec accusé de réception</w:t>
      </w:r>
    </w:p>
    <w:p>
      <w:r>
        <w:rPr>
          <w:b/>
        </w:rPr>
        <w:t xml:space="preserve">Objet : Résiliation de mon abonnement Free Mobile n° </w:t>
      </w:r>
      <w:r>
        <w:rPr>
          <w:b/>
          <w:color w:val="2446A6"/>
        </w:rPr>
        <w:t>[123456789]</w:t>
      </w:r>
    </w:p>
    <w:p/>
    <w:p>
      <w:r>
        <w:rPr>
          <w:b w:val="0"/>
        </w:rPr>
        <w:t>Madame, Monsieur,</w:t>
      </w:r>
    </w:p>
    <w:p>
      <w:r>
        <w:rPr>
          <w:b w:val="0"/>
        </w:rPr>
        <w:t xml:space="preserve">Par la présente, je vous informe de ma décision de résilier mon forfait mobile Free </w:t>
      </w:r>
      <w:r>
        <w:rPr>
          <w:b w:val="0"/>
          <w:color w:val="2446A6"/>
        </w:rPr>
        <w:t>[Forfait Free]</w:t>
      </w:r>
      <w:r>
        <w:rPr>
          <w:b w:val="0"/>
        </w:rPr>
        <w:t xml:space="preserve"> souscrit sans engagement, rattaché au numéro client </w:t>
      </w:r>
      <w:r>
        <w:rPr>
          <w:b w:val="0"/>
          <w:color w:val="2446A6"/>
        </w:rPr>
        <w:t>[123456789]</w:t>
      </w:r>
      <w:r>
        <w:rPr>
          <w:b w:val="0"/>
        </w:rPr>
        <w:t xml:space="preserve"> et à la ligne </w:t>
      </w:r>
      <w:r>
        <w:rPr>
          <w:b w:val="0"/>
          <w:color w:val="2446A6"/>
        </w:rPr>
        <w:t>[06 12 34 56 78]</w:t>
      </w:r>
      <w:r>
        <w:rPr>
          <w:b w:val="0"/>
        </w:rPr>
        <w:t>.</w:t>
      </w:r>
    </w:p>
    <w:p>
      <w:r>
        <w:rPr>
          <w:b w:val="0"/>
        </w:rPr>
        <w:t xml:space="preserve">Je procède à la portabilité de ce numéro vers un nouvel opérateur. Le code RIO </w:t>
      </w:r>
      <w:r>
        <w:rPr>
          <w:b w:val="0"/>
          <w:color w:val="2446A6"/>
        </w:rPr>
        <w:t>[1A2B3C4D5E6F]</w:t>
      </w:r>
      <w:r>
        <w:rPr>
          <w:b w:val="0"/>
        </w:rPr>
        <w:t xml:space="preserve"> a été obtenu en composant le 3179 ; mon nouvel opérateur vous transmettra la demande de résiliation lors du transfert. Ce courrier confirme ma volonté de mettre fin au contrat, afin qu’aucune facturation ne soit maintenue au‑delà du délai légal de 10 jours.</w:t>
      </w:r>
    </w:p>
    <w:p>
      <w:r>
        <w:rPr>
          <w:b w:val="0"/>
        </w:rPr>
        <w:t>Conformément aux conditions générales, mon forfait n’étant pas soumis à une durée d’engagement, aucun frais ne peut m’être réclamé. Je vous remercie de me confirmer la prise en compte de cette résiliation et de m’adresser la facture de clôture.</w:t>
      </w:r>
    </w:p>
    <w:p>
      <w:r>
        <w:rPr>
          <w:b w:val="0"/>
        </w:rPr>
        <w:t>Je vous prie d’agréer, Madame, Monsieur, l’expression de mes salutations distinguées.</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résiliation Free Mobile</dc:title>
  <dc:subject/>
  <dc:creator/>
  <cp:keywords/>
  <dc:description/>
  <cp:lastModifiedBy/>
  <cp:revision>1</cp:revision>
  <dcterms:created xsi:type="dcterms:W3CDTF">2013-12-23T23:15:00Z</dcterms:created>
  <dcterms:modified xsi:type="dcterms:W3CDTF">2013-12-23T23:15:00Z</dcterms:modified>
  <cp:category/>
</cp:coreProperties>
</file>