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[numéro de téléphone]</w:t>
      </w:r>
    </w:p>
    <w:p>
      <w:pPr>
        <w:spacing w:after="0"/>
      </w:pPr>
      <w:r>
        <w:rPr>
          <w:b w:val="0"/>
        </w:rPr>
        <w:t xml:space="preserve">Email : </w:t>
      </w:r>
      <w:r>
        <w:rPr>
          <w:b w:val="0"/>
          <w:color w:val="2446A6"/>
        </w:rPr>
        <w:t>[adresse email]</w:t>
      </w:r>
    </w:p>
    <w:p/>
    <w:p>
      <w:pPr>
        <w:spacing w:after="0"/>
        <w:jc w:val="right"/>
      </w:pPr>
      <w:r>
        <w:rPr>
          <w:b w:val="0"/>
        </w:rPr>
        <w:t>Free - Service Résiliation</w:t>
      </w:r>
    </w:p>
    <w:p>
      <w:pPr>
        <w:spacing w:after="0"/>
        <w:jc w:val="right"/>
      </w:pPr>
      <w:r>
        <w:rPr>
          <w:b w:val="0"/>
        </w:rPr>
        <w:t>BP 40090</w:t>
      </w:r>
    </w:p>
    <w:p>
      <w:pPr>
        <w:spacing w:after="0"/>
        <w:jc w:val="right"/>
      </w:pPr>
      <w:r>
        <w:rPr>
          <w:b w:val="0"/>
        </w:rPr>
        <w:t>91003 Evry Cedex</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Résiliation de l'abonnement Freebox n°</w:t>
      </w:r>
      <w:r>
        <w:rPr>
          <w:b/>
          <w:color w:val="2446A6"/>
        </w:rPr>
        <w:t>[numéro abonné]</w:t>
      </w:r>
    </w:p>
    <w:p/>
    <w:p>
      <w:r>
        <w:rPr>
          <w:b w:val="0"/>
        </w:rPr>
        <w:t>Madame, Monsieur,</w:t>
      </w:r>
    </w:p>
    <w:p>
      <w:r>
        <w:rPr>
          <w:b w:val="0"/>
        </w:rPr>
        <w:t xml:space="preserve">Par la présente, je vous informe de ma décision de résilier mon abonnement Freebox souscrit le </w:t>
      </w:r>
      <w:r>
        <w:rPr>
          <w:b w:val="0"/>
          <w:color w:val="2446A6"/>
        </w:rPr>
        <w:t>[date de début d'abonnement]</w:t>
      </w:r>
      <w:r>
        <w:rPr>
          <w:b w:val="0"/>
        </w:rPr>
        <w:t xml:space="preserve"> et portant le numéro client </w:t>
      </w:r>
      <w:r>
        <w:rPr>
          <w:b w:val="0"/>
          <w:color w:val="2446A6"/>
        </w:rPr>
        <w:t>[numéro client]</w:t>
      </w:r>
      <w:r>
        <w:rPr>
          <w:b w:val="0"/>
        </w:rPr>
        <w:t xml:space="preserve">. Mon engagement de 12 mois est terminé depuis le </w:t>
      </w:r>
      <w:r>
        <w:rPr>
          <w:b w:val="0"/>
          <w:color w:val="2446A6"/>
        </w:rPr>
        <w:t>[date de fin d'engagement]</w:t>
      </w:r>
      <w:r>
        <w:rPr>
          <w:b w:val="0"/>
        </w:rPr>
        <w:t>.</w:t>
      </w:r>
    </w:p>
    <w:p>
      <w:r>
        <w:rPr>
          <w:b w:val="0"/>
        </w:rPr>
        <w:t>Conformément aux conditions générales, je vous demande de bien vouloir prendre en compte cette résiliation dans un délai de 10 jours à compter de la réception de ce courrier.</w:t>
      </w:r>
    </w:p>
    <w:p>
      <w:r>
        <w:rPr>
          <w:b w:val="0"/>
        </w:rPr>
        <w:t>Je vous remercie de m'adresser une confirmation écrite de la date effective de résiliation ainsi que le bon de retour pour les équipements. Je retournerai la box et ses accessoires dans les 15 jours suivant la prise d'effet, comme prévu.</w:t>
      </w:r>
    </w:p>
    <w:p>
      <w:r>
        <w:rPr>
          <w:b w:val="0"/>
        </w:rPr>
        <w:t>Veuillez également me confirmer par écrit la facturation des frais de fermeture de ligne de 69 €, qui seront prélevés selon vos modalités habituelles, ou m'indiquer si un autre règlement est nécessaire.</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Freebox (Free)</dc:title>
  <dc:subject/>
  <dc:creator/>
  <cp:keywords/>
  <dc:description/>
  <cp:lastModifiedBy/>
  <cp:revision>1</cp:revision>
  <dcterms:created xsi:type="dcterms:W3CDTF">2013-12-23T23:15:00Z</dcterms:created>
  <dcterms:modified xsi:type="dcterms:W3CDTF">2013-12-23T23:15:00Z</dcterms:modified>
  <cp:category/>
</cp:coreProperties>
</file>