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[Numéro et rue]</w:t>
      </w:r>
    </w:p>
    <w:p>
      <w:pPr>
        <w:spacing w:after="0"/>
      </w:pPr>
      <w:r>
        <w:rPr>
          <w:b w:val="0"/>
          <w:color w:val="2446A6"/>
        </w:rPr>
        <w:t>[Code postal et ville]</w:t>
      </w:r>
    </w:p>
    <w:p>
      <w:pPr>
        <w:spacing w:after="0"/>
      </w:pPr>
      <w:r>
        <w:rPr>
          <w:b w:val="0"/>
        </w:rPr>
        <w:t xml:space="preserve">N° de contrat : </w:t>
      </w:r>
      <w:r>
        <w:rPr>
          <w:b w:val="0"/>
          <w:color w:val="2446A6"/>
        </w:rPr>
        <w:t>[numéro de contrat]</w:t>
      </w:r>
    </w:p>
    <w:p/>
    <w:p>
      <w:pPr>
        <w:spacing w:after="0"/>
        <w:jc w:val="right"/>
      </w:pPr>
      <w:r>
        <w:rPr>
          <w:b w:val="0"/>
        </w:rPr>
        <w:t>Harmonie Mutuelle</w:t>
      </w:r>
    </w:p>
    <w:p>
      <w:pPr>
        <w:spacing w:after="0"/>
        <w:jc w:val="right"/>
      </w:pPr>
      <w:r>
        <w:rPr>
          <w:b w:val="0"/>
        </w:rPr>
        <w:t>TSA 90130</w:t>
      </w:r>
    </w:p>
    <w:p>
      <w:pPr>
        <w:spacing w:after="0"/>
        <w:jc w:val="right"/>
      </w:pPr>
      <w:r>
        <w:rPr>
          <w:b w:val="0"/>
        </w:rPr>
        <w:t>37 049 TOURS Cedex 1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>, le 24 septembre 2026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Résiliation de mon contrat de mutuelle Harmonie Mutuelle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Par la présente, je vous informe de ma décision de résilier mon contrat de mutuelle santé individuel n° </w:t>
      </w:r>
      <w:r>
        <w:rPr>
          <w:b w:val="0"/>
          <w:color w:val="2446A6"/>
        </w:rPr>
        <w:t>[numéro de contrat]</w:t>
      </w:r>
      <w:r>
        <w:rPr>
          <w:b w:val="0"/>
        </w:rPr>
        <w:t xml:space="preserve">, souscrit auprès de votre organisme. Ce contrat est en vigueur depuis le </w:t>
      </w:r>
      <w:r>
        <w:rPr>
          <w:b w:val="0"/>
          <w:color w:val="2446A6"/>
        </w:rPr>
        <w:t>[date de souscription]</w:t>
      </w:r>
      <w:r>
        <w:rPr>
          <w:b w:val="0"/>
        </w:rPr>
        <w:t>, soit depuis plus d'un an.</w:t>
      </w:r>
    </w:p>
    <w:p>
      <w:r>
        <w:rPr>
          <w:b w:val="0"/>
        </w:rPr>
        <w:t>Conformément à l'article L.113-15-2 du Code des assurances, la résiliation d'un contrat d'assurance santé peut intervenir à tout moment après la première année d'engagement. Je vous demande donc de prendre en compte cette résiliation qui deviendra effective un mois après la réception de ce courrier recommandé.</w:t>
      </w:r>
    </w:p>
    <w:p>
      <w:r>
        <w:rPr>
          <w:b w:val="0"/>
        </w:rPr>
        <w:t>Je vous remercie de bien vouloir m'adresser un accusé de réception de ma demande ainsi qu'un échéancier des éventuelles cotisations restant dues jusqu'à la date de résiliation effective. Veuillez également procéder à l'arrêt de tout prélèvement automatique passé ce délai.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résiliation de mutuelle Harmonie Mutuelle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