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Écoles, 75005 Paris]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>MGEN – Service Résiliation</w:t>
      </w:r>
    </w:p>
    <w:p>
      <w:pPr>
        <w:spacing w:after="0"/>
        <w:jc w:val="right"/>
      </w:pPr>
      <w:r>
        <w:rPr>
          <w:b w:val="0"/>
        </w:rPr>
        <w:t>3 square Max Hymans, 75748 Paris Cedex 15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contrat de mutuelle MGEN n° </w:t>
      </w:r>
      <w:r>
        <w:rPr>
          <w:b/>
          <w:color w:val="2446A6"/>
        </w:rPr>
        <w:t>[123456789]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suis adhérent de la MGEN depuis le </w:t>
      </w:r>
      <w:r>
        <w:rPr>
          <w:b w:val="0"/>
          <w:color w:val="2446A6"/>
        </w:rPr>
        <w:t>[1er septembre 2024]</w:t>
      </w:r>
      <w:r>
        <w:rPr>
          <w:b w:val="0"/>
        </w:rPr>
        <w:t xml:space="preserve"> et mon contrat de complémentaire santé porte le numéro </w:t>
      </w:r>
      <w:r>
        <w:rPr>
          <w:b w:val="0"/>
          <w:color w:val="2446A6"/>
        </w:rPr>
        <w:t>[123456789]</w:t>
      </w:r>
      <w:r>
        <w:rPr>
          <w:b w:val="0"/>
        </w:rPr>
        <w:t>.</w:t>
      </w:r>
    </w:p>
    <w:p>
      <w:r>
        <w:rPr>
          <w:b w:val="0"/>
        </w:rPr>
        <w:t>Par la présente, je vous notifie ma décision de résilier ce contrat. L'adhésion ayant dépassé un an, cette résiliation intervient sans motif et sans pénalité, conformément à l'article L. 221-10 du Code de la mutualité.</w:t>
      </w:r>
    </w:p>
    <w:p>
      <w:r>
        <w:rPr>
          <w:b w:val="0"/>
        </w:rPr>
        <w:t xml:space="preserve">Je vous demande de faire cesser les prélèvements à compter du </w:t>
      </w:r>
      <w:r>
        <w:rPr>
          <w:b w:val="0"/>
          <w:color w:val="2446A6"/>
        </w:rPr>
        <w:t>[31 octobre 2026]</w:t>
      </w:r>
      <w:r>
        <w:rPr>
          <w:b w:val="0"/>
        </w:rPr>
        <w:t>, soit un mois après la réception de ce courrier, et de m'adresser un décompte de la période déjà réglée.</w:t>
      </w:r>
    </w:p>
    <w:p>
      <w:r>
        <w:rPr>
          <w:b w:val="0"/>
        </w:rPr>
        <w:t>Je vous prie de me confirmer par écrit la date d'effet de la résiliation ainsi que la radiation de mon dossier, et de me restituer l'attestation de fin de contrat nécessaire à ma nouvelle couverture.</w:t>
      </w:r>
    </w:p>
    <w:p>
      <w:r>
        <w:rPr>
          <w:b w:val="0"/>
        </w:rPr>
        <w:t>Vous trouverez en pièce jointe la copie de ma carte d'adhérent mentionnant le numéro de contrat.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de la carte d'adhérent MGEN n° </w:t>
      </w:r>
      <w:r>
        <w:rPr>
          <w:b w:val="0"/>
          <w:color w:val="2446A6"/>
        </w:rPr>
        <w:t>[123456789]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de mutuelle la MGEN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