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
      <w:pPr>
        <w:spacing w:after="0"/>
        <w:jc w:val="right"/>
      </w:pPr>
      <w:r>
        <w:rPr>
          <w:b w:val="0"/>
        </w:rPr>
        <w:t>Orange Service Clients</w:t>
      </w:r>
    </w:p>
    <w:p>
      <w:pPr>
        <w:spacing w:after="0"/>
        <w:jc w:val="right"/>
      </w:pPr>
      <w:r>
        <w:rPr>
          <w:b w:val="0"/>
        </w:rPr>
        <w:t>TSA 10018</w:t>
      </w:r>
    </w:p>
    <w:p>
      <w:pPr>
        <w:spacing w:after="0"/>
        <w:jc w:val="right"/>
      </w:pPr>
      <w:r>
        <w:rPr>
          <w:b w:val="0"/>
        </w:rPr>
        <w:t>59878 Lille Cedex 9</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Résiliation de mon contrat Orange n° </w:t>
      </w:r>
      <w:r>
        <w:rPr>
          <w:b/>
          <w:color w:val="2446A6"/>
        </w:rPr>
        <w:t>[numéro client]</w:t>
      </w:r>
      <w:r>
        <w:rPr>
          <w:b/>
        </w:rPr>
        <w:t xml:space="preserve"> – Référence abonnement </w:t>
      </w:r>
      <w:r>
        <w:rPr>
          <w:b/>
          <w:color w:val="2446A6"/>
        </w:rPr>
        <w:t>[référence contrat]</w:t>
      </w:r>
    </w:p>
    <w:p/>
    <w:p>
      <w:r>
        <w:rPr>
          <w:b w:val="0"/>
        </w:rPr>
        <w:t>Madame, Monsieur,</w:t>
      </w:r>
    </w:p>
    <w:p>
      <w:r>
        <w:rPr>
          <w:b w:val="0"/>
        </w:rPr>
        <w:t xml:space="preserve">Titulaire du contrat </w:t>
      </w:r>
      <w:r>
        <w:rPr>
          <w:b w:val="0"/>
          <w:color w:val="2446A6"/>
        </w:rPr>
        <w:t>[nom du contrat, par exemple Livebox Up]</w:t>
      </w:r>
      <w:r>
        <w:rPr>
          <w:b w:val="0"/>
        </w:rPr>
        <w:t xml:space="preserve"> souscrit le </w:t>
      </w:r>
      <w:r>
        <w:rPr>
          <w:b w:val="0"/>
          <w:color w:val="2446A6"/>
        </w:rPr>
        <w:t>[date de souscription]</w:t>
      </w:r>
      <w:r>
        <w:rPr>
          <w:b w:val="0"/>
        </w:rPr>
        <w:t xml:space="preserve"> sous la référence </w:t>
      </w:r>
      <w:r>
        <w:rPr>
          <w:b w:val="0"/>
          <w:color w:val="2446A6"/>
        </w:rPr>
        <w:t>[référence contrat]</w:t>
      </w:r>
      <w:r>
        <w:rPr>
          <w:b w:val="0"/>
        </w:rPr>
        <w:t xml:space="preserve"> et identifié par le numéro client </w:t>
      </w:r>
      <w:r>
        <w:rPr>
          <w:b w:val="0"/>
          <w:color w:val="2446A6"/>
        </w:rPr>
        <w:t>[numéro client à 9 chiffres]</w:t>
      </w:r>
      <w:r>
        <w:rPr>
          <w:b w:val="0"/>
        </w:rPr>
        <w:t>, je vous informe de ma décision de résilier cet abonnement.</w:t>
      </w:r>
    </w:p>
    <w:p>
      <w:r>
        <w:rPr>
          <w:b w:val="0"/>
        </w:rPr>
        <w:t>Je vous demande de bien vouloir cesser toute prestation à la date effective de résiliation prévue par les conditions générales. Je vous saurais gré de procéder au remboursement de l’éventuel avoir sur mon compte dans les 10 jours suivant cette date, conformément aux modalités Orange.</w:t>
      </w:r>
    </w:p>
    <w:p>
      <w:r>
        <w:rPr>
          <w:b w:val="0"/>
        </w:rPr>
        <w:t>Je suis informé que des frais de résiliation anticipée peuvent s’appliquer si je suis encore engagé et que je vous restituerai les équipements dans le délai après réception du bon de retour e-chronopass que vous m’adresserez.</w:t>
      </w:r>
    </w:p>
    <w:p>
      <w:r>
        <w:rPr>
          <w:b w:val="0"/>
        </w:rPr>
        <w:t>Je vous remercie de me confirmer par écrit la prise en compte de cette résiliation et de m’indiquer la date exacte de fin de contrat.</w:t>
      </w:r>
    </w:p>
    <w:p>
      <w:r>
        <w:rPr>
          <w:b w:val="0"/>
        </w:rPr>
        <w:t>Dans l’attente de votre retour, je vous prie d’agréer,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box ou internet Orange</dc:title>
  <dc:subject/>
  <dc:creator/>
  <cp:keywords/>
  <dc:description/>
  <cp:lastModifiedBy/>
  <cp:revision>1</cp:revision>
  <dcterms:created xsi:type="dcterms:W3CDTF">2013-12-23T23:15:00Z</dcterms:created>
  <dcterms:modified xsi:type="dcterms:W3CDTF">2013-12-23T23:15:00Z</dcterms:modified>
  <cp:category/>
</cp:coreProperties>
</file>