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[Numéro et rue]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[numéro de téléphone]</w:t>
      </w:r>
    </w:p>
    <w:p>
      <w:pPr>
        <w:spacing w:after="0"/>
      </w:pPr>
      <w:r>
        <w:rPr>
          <w:b w:val="0"/>
        </w:rPr>
        <w:t xml:space="preserve">E-mail : </w:t>
      </w:r>
      <w:r>
        <w:rPr>
          <w:b w:val="0"/>
          <w:color w:val="2446A6"/>
        </w:rPr>
        <w:t>[adresse@email.com]</w:t>
      </w:r>
    </w:p>
    <w:p/>
    <w:p>
      <w:pPr>
        <w:spacing w:after="0"/>
        <w:jc w:val="right"/>
      </w:pPr>
      <w:r>
        <w:rPr>
          <w:b w:val="0"/>
        </w:rPr>
        <w:t>Service Résiliation Basic-Fit</w:t>
      </w:r>
    </w:p>
    <w:p>
      <w:pPr>
        <w:spacing w:after="0"/>
        <w:jc w:val="right"/>
      </w:pPr>
      <w:r>
        <w:rPr>
          <w:b w:val="0"/>
        </w:rPr>
        <w:t>Postbus 3124</w:t>
      </w:r>
    </w:p>
    <w:p>
      <w:pPr>
        <w:spacing w:after="0"/>
        <w:jc w:val="right"/>
      </w:pPr>
      <w:r>
        <w:rPr>
          <w:b w:val="0"/>
        </w:rPr>
        <w:t>2130 KC Hoofddorp</w:t>
      </w:r>
    </w:p>
    <w:p>
      <w:pPr>
        <w:spacing w:after="0"/>
        <w:jc w:val="right"/>
      </w:pPr>
      <w:r>
        <w:rPr>
          <w:b w:val="0"/>
        </w:rPr>
        <w:t>Pays-Bas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Résiliation de l'abonnement Basic-Fit n°</w:t>
      </w:r>
      <w:r>
        <w:rPr>
          <w:b/>
          <w:color w:val="2446A6"/>
        </w:rPr>
        <w:t>[numéro d'abonné]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notifie ma décision de résilier mon contrat d'abonnement Basic-Fit portant le numéro </w:t>
      </w:r>
      <w:r>
        <w:rPr>
          <w:b w:val="0"/>
          <w:color w:val="2446A6"/>
        </w:rPr>
        <w:t>[numéro d'abonné]</w:t>
      </w:r>
      <w:r>
        <w:rPr>
          <w:b w:val="0"/>
        </w:rPr>
        <w:t xml:space="preserve">, souscrit le </w:t>
      </w:r>
      <w:r>
        <w:rPr>
          <w:b w:val="0"/>
          <w:color w:val="2446A6"/>
        </w:rPr>
        <w:t>[date de souscription]</w:t>
      </w:r>
      <w:r>
        <w:rPr>
          <w:b w:val="0"/>
        </w:rPr>
        <w:t xml:space="preserve"> dans le club de </w:t>
      </w:r>
      <w:r>
        <w:rPr>
          <w:b w:val="0"/>
          <w:color w:val="2446A6"/>
        </w:rPr>
        <w:t>[Ville du club]</w:t>
      </w:r>
      <w:r>
        <w:rPr>
          <w:b w:val="0"/>
        </w:rPr>
        <w:t>.</w:t>
      </w:r>
    </w:p>
    <w:p>
      <w:r>
        <w:rPr>
          <w:b w:val="0"/>
        </w:rPr>
        <w:t xml:space="preserve">Conformément aux conditions générales de vente, je respecte le délai de préavis de quatre semaines à compter de la prochaine échéance de facturation, soit le </w:t>
      </w:r>
      <w:r>
        <w:rPr>
          <w:b w:val="0"/>
          <w:color w:val="2446A6"/>
        </w:rPr>
        <w:t>[date de la prochaine facturation]</w:t>
      </w:r>
      <w:r>
        <w:rPr>
          <w:b w:val="0"/>
        </w:rPr>
        <w:t xml:space="preserve">. Je vous demande donc de bien vouloir cesser tout prélèvement à l'issue de cette période, le </w:t>
      </w:r>
      <w:r>
        <w:rPr>
          <w:b w:val="0"/>
          <w:color w:val="2446A6"/>
        </w:rPr>
        <w:t>[date de fin de contrat]</w:t>
      </w:r>
      <w:r>
        <w:rPr>
          <w:b w:val="0"/>
        </w:rPr>
        <w:t>.</w:t>
      </w:r>
    </w:p>
    <w:p>
      <w:r>
        <w:rPr>
          <w:b w:val="0"/>
        </w:rPr>
        <w:t>Je vous prie de bien vouloir me confirmer la prise en compte de cette résiliation par écrit, et de m'indiquer la date de mon dernier prélèvement. Vous trouverez ci-joint la copie de ma pièce d'identité afin de faciliter le traitement de ma demande.</w:t>
      </w:r>
    </w:p>
    <w:p>
      <w:r>
        <w:rPr>
          <w:b w:val="0"/>
        </w:rPr>
        <w:t>Je vous remercie de votre diligence.</w:t>
      </w:r>
    </w:p>
    <w:p>
      <w:r>
        <w:rPr>
          <w:b w:val="0"/>
        </w:rPr>
        <w:t>Veuillez 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de la pièce d'identité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salle de sport Basic-Fit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