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[12 rue des Peupliers, 75011 Paris]</w:t>
      </w:r>
    </w:p>
    <w:p>
      <w:pPr>
        <w:spacing w:after="0"/>
      </w:pPr>
      <w:r>
        <w:rPr>
          <w:b w:val="0"/>
          <w:color w:val="2446A6"/>
        </w:rPr>
        <w:t>[06 12 34 56 78]</w:t>
      </w:r>
    </w:p>
    <w:p/>
    <w:p>
      <w:pPr>
        <w:spacing w:after="0"/>
        <w:jc w:val="right"/>
      </w:pPr>
      <w:r>
        <w:rPr>
          <w:b w:val="0"/>
        </w:rPr>
        <w:t>Fitness Park — Service abonnements</w:t>
      </w:r>
    </w:p>
    <w:p>
      <w:pPr>
        <w:spacing w:after="0"/>
        <w:jc w:val="right"/>
      </w:pPr>
      <w:r>
        <w:rPr>
          <w:b w:val="0"/>
          <w:color w:val="2446A6"/>
        </w:rPr>
        <w:t>[adresse du club figurant sur le contrat]</w:t>
      </w:r>
    </w:p>
    <w:p>
      <w:pPr>
        <w:spacing w:after="0"/>
        <w:jc w:val="right"/>
      </w:pPr>
      <w:r>
        <w:rPr>
          <w:b w:val="0"/>
          <w:color w:val="2446A6"/>
        </w:rPr>
        <w:t>[code postal, ville]</w:t>
      </w:r>
    </w:p>
    <w:p/>
    <w:p>
      <w:pPr>
        <w:jc w:val="right"/>
      </w:pPr>
      <w:r>
        <w:rPr>
          <w:b w:val="0"/>
        </w:rPr>
        <w:t xml:space="preserve">À </w:t>
      </w:r>
      <w:r>
        <w:rPr>
          <w:b w:val="0"/>
          <w:color w:val="2446A6"/>
        </w:rPr>
        <w:t>[Paris]</w:t>
      </w:r>
      <w:r>
        <w:rPr>
          <w:b w:val="0"/>
        </w:rPr>
        <w:t xml:space="preserve">, le </w:t>
      </w:r>
      <w:r>
        <w:rPr>
          <w:b w:val="0"/>
          <w:color w:val="2446A6"/>
        </w:rPr>
        <w:t>[24 septembre 2026]</w:t>
      </w:r>
    </w:p>
    <w:p>
      <w:pPr>
        <w:spacing w:after="0"/>
      </w:pPr>
      <w:r>
        <w:rPr>
          <w:b/>
        </w:rPr>
        <w:t>Lettre recommandée avec accusé de réception</w:t>
      </w:r>
    </w:p>
    <w:p>
      <w:r>
        <w:rPr>
          <w:b/>
        </w:rPr>
        <w:t xml:space="preserve">Objet : Résiliation de mon abonnement Fitness Park, contrat n° </w:t>
      </w:r>
      <w:r>
        <w:rPr>
          <w:b/>
          <w:color w:val="2446A6"/>
        </w:rPr>
        <w:t>[numéro de contrat]</w:t>
      </w:r>
    </w:p>
    <w:p/>
    <w:p>
      <w:r>
        <w:rPr>
          <w:b w:val="0"/>
        </w:rPr>
        <w:t>Madame, Monsieur,</w:t>
      </w:r>
    </w:p>
    <w:p>
      <w:r>
        <w:rPr>
          <w:b w:val="0"/>
        </w:rPr>
        <w:t xml:space="preserve">Je vous informe par la présente de ma décision de résilier mon abonnement à votre salle de sport, souscrit le </w:t>
      </w:r>
      <w:r>
        <w:rPr>
          <w:b w:val="0"/>
          <w:color w:val="2446A6"/>
        </w:rPr>
        <w:t>[12 mars 2025]</w:t>
      </w:r>
      <w:r>
        <w:rPr>
          <w:b w:val="0"/>
        </w:rPr>
        <w:t xml:space="preserve"> sous le numéro de contrat </w:t>
      </w:r>
      <w:r>
        <w:rPr>
          <w:b w:val="0"/>
          <w:color w:val="2446A6"/>
        </w:rPr>
        <w:t>[numéro de contrat]</w:t>
      </w:r>
      <w:r>
        <w:rPr>
          <w:b w:val="0"/>
        </w:rPr>
        <w:t xml:space="preserve">, au tarif de </w:t>
      </w:r>
      <w:r>
        <w:rPr>
          <w:b w:val="0"/>
          <w:color w:val="2446A6"/>
        </w:rPr>
        <w:t>[29,99 €]</w:t>
      </w:r>
      <w:r>
        <w:rPr>
          <w:b w:val="0"/>
        </w:rPr>
        <w:t xml:space="preserve"> par mois.</w:t>
      </w:r>
    </w:p>
    <w:p>
      <w:r>
        <w:rPr>
          <w:b w:val="0"/>
        </w:rPr>
        <w:t xml:space="preserve">Ma formule est sans engagement de durée. Je respecte le préavis de quatre semaines prévu par mes conditions générales : la résiliation prendra donc effet le </w:t>
      </w:r>
      <w:r>
        <w:rPr>
          <w:b w:val="0"/>
          <w:color w:val="2446A6"/>
        </w:rPr>
        <w:t>[22 octobre 2026]</w:t>
      </w:r>
      <w:r>
        <w:rPr>
          <w:b w:val="0"/>
        </w:rPr>
        <w:t>, date à laquelle aucune nouvelle mensualité ne devra être prélevée sur mon compte.</w:t>
      </w:r>
    </w:p>
    <w:p>
      <w:r>
        <w:rPr>
          <w:b w:val="0"/>
        </w:rPr>
        <w:t>Je vous demande de m'adresser une confirmation écrite de la prise en compte de cette résiliation, ainsi que le décompte de la dernière somme due, le cas échéant. Je vous rappelle que toute période de quatre semaines entamée reste due, et je m'acquitterai de ce montant si votre décompte le confirme.</w:t>
      </w:r>
    </w:p>
    <w:p>
      <w:r>
        <w:rPr>
          <w:b w:val="0"/>
        </w:rPr>
        <w:t>Je vous prie de mettre fin à toute autorisation de prélèvement SEPA liée à ce contrat à compter de la date d'effet indiquée, et de ne conserver aucune donnée bancaire au-delà du traitement de mon dossier.</w:t>
      </w:r>
    </w:p>
    <w:p>
      <w:r>
        <w:rPr>
          <w:b w:val="0"/>
        </w:rPr>
        <w:t xml:space="preserve">Je reste joignable au </w:t>
      </w:r>
      <w:r>
        <w:rPr>
          <w:b w:val="0"/>
          <w:color w:val="2446A6"/>
        </w:rPr>
        <w:t>[06 12 34 56 78]</w:t>
      </w:r>
      <w:r>
        <w:rPr>
          <w:b w:val="0"/>
        </w:rPr>
        <w:t xml:space="preserve"> ou à </w:t>
      </w:r>
      <w:r>
        <w:rPr>
          <w:b w:val="0"/>
          <w:color w:val="2446A6"/>
        </w:rPr>
        <w:t>[prenom.nom@email.fr]</w:t>
      </w:r>
      <w:r>
        <w:rPr>
          <w:b w:val="0"/>
        </w:rPr>
        <w:t xml:space="preserve"> pour toute précision utile.</w:t>
      </w:r>
    </w:p>
    <w:p>
      <w:r>
        <w:rPr>
          <w:b w:val="0"/>
        </w:rPr>
        <w:t>Je vous prie d'agréer, Madame, Monsieur, l'expression de mes salutations distinguées.</w:t>
      </w:r>
    </w:p>
    <w:p/>
    <w:p>
      <w:pPr>
        <w:jc w:val="right"/>
      </w:pPr>
      <w:r>
        <w:rPr>
          <w:b w:val="0"/>
          <w:color w:val="2446A6"/>
        </w:rPr>
        <w:t>[Prénom Nom]</w:t>
      </w:r>
    </w:p>
    <w:p/>
    <w:p>
      <w:r>
        <w:rPr>
          <w:b w:val="0"/>
        </w:rPr>
        <w:t xml:space="preserve">Pièce jointe : copie du contrat d'abonnement mentionnant le numéro </w:t>
      </w:r>
      <w:r>
        <w:rPr>
          <w:b w:val="0"/>
          <w:color w:val="2446A6"/>
        </w:rPr>
        <w:t>[numéro de contrat]</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salle de sport Fitness Park</dc:title>
  <dc:subject/>
  <dc:creator/>
  <cp:keywords/>
  <dc:description/>
  <cp:lastModifiedBy/>
  <cp:revision>1</cp:revision>
  <dcterms:created xsi:type="dcterms:W3CDTF">2013-12-23T23:15:00Z</dcterms:created>
  <dcterms:modified xsi:type="dcterms:W3CDTF">2013-12-23T23:15:00Z</dcterms:modified>
  <cp:category/>
</cp:coreProperties>
</file>