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val="0"/>
          <w:color w:val="2446A6"/>
        </w:rPr>
        <w:t>[Prénom Nom]</w:t>
      </w:r>
    </w:p>
    <w:p>
      <w:pPr>
        <w:spacing w:after="0"/>
      </w:pPr>
      <w:r>
        <w:rPr>
          <w:b w:val="0"/>
          <w:color w:val="2446A6"/>
        </w:rPr>
        <w:t>[Adresse]</w:t>
      </w:r>
    </w:p>
    <w:p>
      <w:pPr>
        <w:spacing w:after="0"/>
      </w:pPr>
      <w:r>
        <w:rPr>
          <w:b w:val="0"/>
          <w:color w:val="2446A6"/>
        </w:rPr>
        <w:t>[Code postal Ville]</w:t>
      </w:r>
    </w:p>
    <w:p>
      <w:pPr>
        <w:spacing w:after="0"/>
      </w:pPr>
      <w:r>
        <w:rPr>
          <w:b w:val="0"/>
        </w:rPr>
        <w:t xml:space="preserve">Tél : </w:t>
      </w:r>
      <w:r>
        <w:rPr>
          <w:b w:val="0"/>
          <w:color w:val="2446A6"/>
        </w:rPr>
        <w:t>[Téléphone]</w:t>
      </w:r>
    </w:p>
    <w:p>
      <w:pPr>
        <w:spacing w:after="0"/>
      </w:pPr>
      <w:r>
        <w:rPr>
          <w:b w:val="0"/>
        </w:rPr>
        <w:t xml:space="preserve">Email : </w:t>
      </w:r>
      <w:r>
        <w:rPr>
          <w:b w:val="0"/>
          <w:color w:val="2446A6"/>
        </w:rPr>
        <w:t>[Email]</w:t>
      </w:r>
    </w:p>
    <w:p/>
    <w:p>
      <w:pPr>
        <w:spacing w:after="0"/>
        <w:jc w:val="right"/>
      </w:pPr>
      <w:r>
        <w:rPr>
          <w:b w:val="0"/>
        </w:rPr>
        <w:t>Keep Cool – Service Résiliation</w:t>
      </w:r>
    </w:p>
    <w:p>
      <w:pPr>
        <w:spacing w:after="0"/>
        <w:jc w:val="right"/>
      </w:pPr>
      <w:r>
        <w:rPr>
          <w:b w:val="0"/>
        </w:rPr>
        <w:t>12 rue de la Pépinière</w:t>
      </w:r>
    </w:p>
    <w:p>
      <w:pPr>
        <w:spacing w:after="0"/>
        <w:jc w:val="right"/>
      </w:pPr>
      <w:r>
        <w:rPr>
          <w:b w:val="0"/>
        </w:rPr>
        <w:t>75008 Paris</w:t>
      </w:r>
    </w:p>
    <w:p/>
    <w:p>
      <w:pPr>
        <w:jc w:val="right"/>
      </w:pPr>
      <w:r>
        <w:rPr>
          <w:b w:val="0"/>
        </w:rPr>
        <w:t xml:space="preserve">À </w:t>
      </w:r>
      <w:r>
        <w:rPr>
          <w:b w:val="0"/>
          <w:color w:val="2446A6"/>
        </w:rPr>
        <w:t>[Ville]</w:t>
      </w:r>
      <w:r>
        <w:rPr>
          <w:b w:val="0"/>
        </w:rPr>
        <w:t xml:space="preserve">, le </w:t>
      </w:r>
      <w:r>
        <w:rPr>
          <w:b w:val="0"/>
          <w:color w:val="2446A6"/>
        </w:rPr>
        <w:t>[Date]</w:t>
      </w:r>
    </w:p>
    <w:p>
      <w:pPr>
        <w:spacing w:after="0"/>
      </w:pPr>
      <w:r>
        <w:rPr>
          <w:b/>
        </w:rPr>
        <w:t>Lettre recommandée avec accusé de réception</w:t>
      </w:r>
    </w:p>
    <w:p>
      <w:r>
        <w:rPr>
          <w:b/>
        </w:rPr>
        <w:t>Objet : Résiliation de mon abonnement Keep Cool – Contrat n°</w:t>
      </w:r>
      <w:r>
        <w:rPr>
          <w:b/>
          <w:color w:val="2446A6"/>
        </w:rPr>
        <w:t>[numéro_abonné]</w:t>
      </w:r>
    </w:p>
    <w:p/>
    <w:p>
      <w:r>
        <w:rPr>
          <w:b w:val="0"/>
        </w:rPr>
        <w:t>Madame, Monsieur,</w:t>
      </w:r>
    </w:p>
    <w:p>
      <w:r>
        <w:rPr>
          <w:b w:val="0"/>
        </w:rPr>
        <w:t>Par la présente, je vous informe de ma décision de résilier mon contrat d’abonnement Keep Cool n°</w:t>
      </w:r>
      <w:r>
        <w:rPr>
          <w:b w:val="0"/>
          <w:color w:val="2446A6"/>
        </w:rPr>
        <w:t>[numéro_abonné]</w:t>
      </w:r>
      <w:r>
        <w:rPr>
          <w:b w:val="0"/>
        </w:rPr>
        <w:t xml:space="preserve">, souscrit le </w:t>
      </w:r>
      <w:r>
        <w:rPr>
          <w:b w:val="0"/>
          <w:color w:val="2446A6"/>
        </w:rPr>
        <w:t>[date de souscription]</w:t>
      </w:r>
      <w:r>
        <w:rPr>
          <w:b w:val="0"/>
        </w:rPr>
        <w:t xml:space="preserve"> dans votre club de </w:t>
      </w:r>
      <w:r>
        <w:rPr>
          <w:b w:val="0"/>
          <w:color w:val="2446A6"/>
        </w:rPr>
        <w:t>[ville du club]</w:t>
      </w:r>
      <w:r>
        <w:rPr>
          <w:b w:val="0"/>
        </w:rPr>
        <w:t>.</w:t>
      </w:r>
    </w:p>
    <w:p>
      <w:r>
        <w:rPr>
          <w:b w:val="0"/>
        </w:rPr>
        <w:t xml:space="preserve">Conformément à l’article L215-1 du Code de la consommation (loi Chatel), la tacite reconduction ne peut m’être opposée sans que vous m’ayez adressé, au plus tard un mois avant la fin de la période d’engagement, un avis m’informant de la possibilité de ne pas reconduire le contrat. N’ayant pas reçu cet avis, ma résiliation prendra effet à la prochaine échéance annuelle, soit le </w:t>
      </w:r>
      <w:r>
        <w:rPr>
          <w:b w:val="0"/>
          <w:color w:val="2446A6"/>
        </w:rPr>
        <w:t>[date d'échéance]</w:t>
      </w:r>
      <w:r>
        <w:rPr>
          <w:b w:val="0"/>
        </w:rPr>
        <w:t>, sans indemnité de résiliation.</w:t>
      </w:r>
    </w:p>
    <w:p>
      <w:r>
        <w:rPr>
          <w:b w:val="0"/>
        </w:rPr>
        <w:t>Je vous demande de bien vouloir m’adresser une confirmation écrite de la résiliation et d’arrêter tout prélèvement à compter de cette date. Dans l’attente, je reste à votre disposition pour toute information complémentaire.</w:t>
      </w:r>
    </w:p>
    <w:p>
      <w:r>
        <w:rPr>
          <w:b w:val="0"/>
        </w:rPr>
        <w:t>Veuillez agréer, Madame, Monsieur, l’expression de mes salutations distinguées.</w:t>
      </w:r>
    </w:p>
    <w:p/>
    <w:p>
      <w:pPr>
        <w:jc w:val="right"/>
      </w:pPr>
      <w:r>
        <w:rPr>
          <w:b w:val="0"/>
          <w:color w:val="2446A6"/>
        </w:rPr>
        <w:t>[Prénom Nom]</w:t>
      </w:r>
    </w:p>
    <w:sectPr w:rsidR="00FC693F" w:rsidRPr="0006063C" w:rsidSect="00034616">
      <w:pgSz w:w="11906" w:h="16838"/>
      <w:pgMar w:top="1134" w:right="1304" w:bottom="1134" w:left="130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Lettre de résiliation salle de sport Keep Cool</dc:title>
  <dc:subject/>
  <dc:creator/>
  <cp:keywords/>
  <dc:description/>
  <cp:lastModifiedBy/>
  <cp:revision>1</cp:revision>
  <dcterms:created xsi:type="dcterms:W3CDTF">2013-12-23T23:15:00Z</dcterms:created>
  <dcterms:modified xsi:type="dcterms:W3CDTF">2013-12-23T23:15:00Z</dcterms:modified>
  <cp:category/>
</cp:coreProperties>
</file>