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[Adresse complète]</w:t>
      </w:r>
    </w:p>
    <w:p>
      <w:pPr>
        <w:spacing w:after="0"/>
      </w:pPr>
      <w:r>
        <w:rPr>
          <w:b w:val="0"/>
          <w:color w:val="2446A6"/>
        </w:rPr>
        <w:t>[Numéro de téléphone]</w:t>
      </w:r>
    </w:p>
    <w:p/>
    <w:p>
      <w:pPr>
        <w:spacing w:after="0"/>
        <w:jc w:val="right"/>
      </w:pPr>
      <w:r>
        <w:rPr>
          <w:b w:val="0"/>
        </w:rPr>
        <w:t>SFR Résiliation</w:t>
      </w:r>
    </w:p>
    <w:p>
      <w:pPr>
        <w:spacing w:after="0"/>
        <w:jc w:val="right"/>
      </w:pPr>
      <w:r>
        <w:rPr>
          <w:b w:val="0"/>
        </w:rPr>
        <w:t>TSA 30103</w:t>
      </w:r>
    </w:p>
    <w:p>
      <w:pPr>
        <w:spacing w:after="0"/>
        <w:jc w:val="right"/>
      </w:pPr>
      <w:r>
        <w:rPr>
          <w:b w:val="0"/>
        </w:rPr>
        <w:t>69947 LYON Cedex 20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[Ville]</w:t>
      </w:r>
      <w:r>
        <w:rPr>
          <w:b w:val="0"/>
        </w:rPr>
        <w:t xml:space="preserve">, le </w:t>
      </w:r>
      <w:r>
        <w:rPr>
          <w:b w:val="0"/>
          <w:color w:val="2446A6"/>
        </w:rPr>
        <w:t>[Date]</w:t>
      </w:r>
    </w:p>
    <w:p>
      <w:pPr>
        <w:spacing w:after="0"/>
      </w:pPr>
      <w:r>
        <w:rPr>
          <w:b/>
        </w:rPr>
        <w:t>Lettre recommandée avec accusé de réception</w:t>
      </w:r>
    </w:p>
    <w:p>
      <w:r>
        <w:rPr>
          <w:b/>
        </w:rPr>
        <w:t>Objet : Résiliation de mon abonnement SFR Box</w:t>
      </w:r>
    </w:p>
    <w:p/>
    <w:p>
      <w:r>
        <w:rPr>
          <w:b w:val="0"/>
        </w:rPr>
        <w:t>Madame, Monsieur,</w:t>
      </w:r>
    </w:p>
    <w:p>
      <w:r>
        <w:rPr>
          <w:b w:val="0"/>
        </w:rPr>
        <w:t>Par la présente, je vous informe de ma décision de résilier mon contrat d’abonnement SFR Box n°</w:t>
      </w:r>
      <w:r>
        <w:rPr>
          <w:b w:val="0"/>
          <w:color w:val="2446A6"/>
        </w:rPr>
        <w:t>[numéro de contrat]</w:t>
      </w:r>
      <w:r>
        <w:rPr>
          <w:b w:val="0"/>
        </w:rPr>
        <w:t xml:space="preserve">, souscrit le </w:t>
      </w:r>
      <w:r>
        <w:rPr>
          <w:b w:val="0"/>
          <w:color w:val="2446A6"/>
        </w:rPr>
        <w:t>[date de souscription]</w:t>
      </w:r>
      <w:r>
        <w:rPr>
          <w:b w:val="0"/>
        </w:rPr>
        <w:t>. La résiliation prendra effet à la date de réception du présent courrier, augmentée du délai légal de 10 jours, conformément à vos conditions générales.</w:t>
      </w:r>
    </w:p>
    <w:p>
      <w:r>
        <w:rPr>
          <w:b w:val="0"/>
        </w:rPr>
        <w:t xml:space="preserve">Je souhaite que la résiliation intervienne le </w:t>
      </w:r>
      <w:r>
        <w:rPr>
          <w:b w:val="0"/>
          <w:color w:val="2446A6"/>
        </w:rPr>
        <w:t>[date souhaitée]</w:t>
      </w:r>
      <w:r>
        <w:rPr>
          <w:b w:val="0"/>
        </w:rPr>
        <w:t xml:space="preserve"> (au plus tard 60 jours après réception). Mon engagement ayant pris fin le </w:t>
      </w:r>
      <w:r>
        <w:rPr>
          <w:b w:val="0"/>
          <w:color w:val="2446A6"/>
        </w:rPr>
        <w:t>[date de fin d’engagement]</w:t>
      </w:r>
      <w:r>
        <w:rPr>
          <w:b w:val="0"/>
        </w:rPr>
        <w:t>, les frais de résiliation s’élèvent à 59 €, que j’accepte de régler selon vos modalités.</w:t>
      </w:r>
    </w:p>
    <w:p>
      <w:r>
        <w:rPr>
          <w:b w:val="0"/>
        </w:rPr>
        <w:t>Je restituerai le matériel (box, décodeur et accessoires) dans un délai maximal de trois mois suivant la résiliation, à l’adresse que vous m’indiquerez ou via le point de collecte agréé.</w:t>
      </w:r>
    </w:p>
    <w:p>
      <w:r>
        <w:rPr>
          <w:b w:val="0"/>
        </w:rPr>
        <w:t xml:space="preserve">Veuillez me confirmer la résiliation par écrit et m’adresser la facture de clôture. Je reste joignable au </w:t>
      </w:r>
      <w:r>
        <w:rPr>
          <w:b w:val="0"/>
          <w:color w:val="2446A6"/>
        </w:rPr>
        <w:t>[numéro de téléphone]</w:t>
      </w:r>
      <w:r>
        <w:rPr>
          <w:b w:val="0"/>
        </w:rPr>
        <w:t xml:space="preserve"> pour toute information complémentaire.</w:t>
      </w:r>
    </w:p>
    <w:p>
      <w:r>
        <w:rPr>
          <w:b w:val="0"/>
        </w:rPr>
        <w:t>Je vous prie d’agréer, Madame, Monsieur, l’expression de mes salutations distinguées.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résiliation box SFR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