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Monsieur le Procureur de la République</w:t>
      </w:r>
    </w:p>
    <w:p>
      <w:pPr>
        <w:spacing w:after="0"/>
        <w:jc w:val="right"/>
      </w:pPr>
      <w:r>
        <w:rPr>
          <w:b w:val="0"/>
        </w:rPr>
        <w:t xml:space="preserve">Tribunal judiciaire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du tribunal]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Témoignage dans le cadre d'une demande de changement de prénom et de mention du sexe à l'état civil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[adresse]</w:t>
      </w:r>
      <w:r>
        <w:rPr>
          <w:b w:val="0"/>
        </w:rPr>
        <w:t xml:space="preserve">, atteste connaître </w:t>
      </w:r>
      <w:r>
        <w:rPr>
          <w:b w:val="0"/>
          <w:color w:val="2446A6"/>
        </w:rPr>
        <w:t>[Prénom Nom de la personne concernée]</w:t>
      </w:r>
      <w:r>
        <w:rPr>
          <w:b w:val="0"/>
        </w:rPr>
        <w:t xml:space="preserve"> depuis </w:t>
      </w:r>
      <w:r>
        <w:rPr>
          <w:b w:val="0"/>
          <w:color w:val="2446A6"/>
        </w:rPr>
        <w:t>[année]</w:t>
      </w:r>
      <w:r>
        <w:rPr>
          <w:b w:val="0"/>
        </w:rPr>
        <w:t xml:space="preserve">, dans le cadre </w:t>
      </w:r>
      <w:r>
        <w:rPr>
          <w:b w:val="0"/>
          <w:color w:val="2446A6"/>
        </w:rPr>
        <w:t>[professionnel, amical, familial]</w:t>
      </w:r>
      <w:r>
        <w:rPr>
          <w:b w:val="0"/>
        </w:rPr>
        <w:t>.</w:t>
      </w:r>
    </w:p>
    <w:p>
      <w:r>
        <w:rPr>
          <w:b w:val="0"/>
        </w:rPr>
        <w:t xml:space="preserve">Depuis </w:t>
      </w:r>
      <w:r>
        <w:rPr>
          <w:b w:val="0"/>
          <w:color w:val="2446A6"/>
        </w:rPr>
        <w:t>[septembre 2021]</w:t>
      </w:r>
      <w:r>
        <w:rPr>
          <w:b w:val="0"/>
        </w:rPr>
        <w:t xml:space="preserve">, je l'ai toujours entendu(e) se présenter sous le prénom </w:t>
      </w:r>
      <w:r>
        <w:rPr>
          <w:b w:val="0"/>
          <w:color w:val="2446A6"/>
        </w:rPr>
        <w:t>[Lina]</w:t>
      </w:r>
      <w:r>
        <w:rPr>
          <w:b w:val="0"/>
        </w:rPr>
        <w:t xml:space="preserve"> et utiliser le genre féminin. Je l'ai accompagné(e) à la mairie du </w:t>
      </w:r>
      <w:r>
        <w:rPr>
          <w:b w:val="0"/>
          <w:color w:val="2446A6"/>
        </w:rPr>
        <w:t>[15e arrondissement]</w:t>
      </w:r>
      <w:r>
        <w:rPr>
          <w:b w:val="0"/>
        </w:rPr>
        <w:t xml:space="preserve"> le </w:t>
      </w:r>
      <w:r>
        <w:rPr>
          <w:b w:val="0"/>
          <w:color w:val="2446A6"/>
        </w:rPr>
        <w:t>[12 mars 2025]</w:t>
      </w:r>
      <w:r>
        <w:rPr>
          <w:b w:val="0"/>
        </w:rPr>
        <w:t xml:space="preserve"> pour la remise des premiers documents ; la personne au guichet a enregistré sa demande sans difficulté.</w:t>
      </w:r>
    </w:p>
    <w:p>
      <w:r>
        <w:rPr>
          <w:b w:val="0"/>
        </w:rPr>
        <w:t xml:space="preserve">Dans la vie quotidienne, j'ai constaté que ses collègues, ses voisins et ses proches utilisent exclusivement ce prénom. À titre d'exemple, lors de l'assemblée générale de </w:t>
      </w:r>
      <w:r>
        <w:rPr>
          <w:b w:val="0"/>
          <w:color w:val="2446A6"/>
        </w:rPr>
        <w:t>[l'association sportive de la Guillotière]</w:t>
      </w:r>
      <w:r>
        <w:rPr>
          <w:b w:val="0"/>
        </w:rPr>
        <w:t xml:space="preserve"> du </w:t>
      </w:r>
      <w:r>
        <w:rPr>
          <w:b w:val="0"/>
          <w:color w:val="2446A6"/>
        </w:rPr>
        <w:t>[8 juin 2025]</w:t>
      </w:r>
      <w:r>
        <w:rPr>
          <w:b w:val="0"/>
        </w:rPr>
        <w:t xml:space="preserve">, la liste d'émargement a été établie sous </w:t>
      </w:r>
      <w:r>
        <w:rPr>
          <w:b w:val="0"/>
          <w:color w:val="2446A6"/>
        </w:rPr>
        <w:t>[Lina Nom]</w:t>
      </w:r>
      <w:r>
        <w:rPr>
          <w:b w:val="0"/>
        </w:rPr>
        <w:t>.</w:t>
      </w:r>
    </w:p>
    <w:p>
      <w:r>
        <w:rPr>
          <w:b w:val="0"/>
        </w:rPr>
        <w:t xml:space="preserve">Je témoigne de la continuité et de la sincérité de cette identité. Ce changement correspond à un usage constant depuis plus de </w:t>
      </w:r>
      <w:r>
        <w:rPr>
          <w:b w:val="0"/>
          <w:color w:val="2446A6"/>
        </w:rPr>
        <w:t>[trois ans]</w:t>
      </w:r>
      <w:r>
        <w:rPr>
          <w:b w:val="0"/>
        </w:rPr>
        <w:t xml:space="preserve"> et non à une simple convenance.</w:t>
      </w:r>
    </w:p>
    <w:p>
      <w:r>
        <w:rPr>
          <w:b w:val="0"/>
        </w:rPr>
        <w:t>J'atteste sur l'honneur que les faits relatés sont exacts. Je me tiens à la disposition du tribunal pour toute audition complémentaire et joins la copie de ma pièce d'identité.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carte nationale d'identité du témoin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témoignage pour un changement de prénom ou de genre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