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personnelle]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 xml:space="preserve">Conseil de prud’hommes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greffe]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Attestation de témoin en faveur de </w:t>
      </w:r>
      <w:r>
        <w:rPr>
          <w:b/>
          <w:color w:val="2446A6"/>
        </w:rPr>
        <w:t>[Prénom Nom du collègue]</w:t>
      </w:r>
    </w:p>
    <w:p/>
    <w:p>
      <w:r>
        <w:rPr>
          <w:b w:val="0"/>
        </w:rPr>
        <w:t>Madame, Monsieur le Président,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 xml:space="preserve">, exerçant la profession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au sein de la société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[date d’embauche]</w:t>
      </w:r>
      <w:r>
        <w:rPr>
          <w:b w:val="0"/>
        </w:rPr>
        <w:t xml:space="preserve">, atteste par la présente avoir été le collègue direct de </w:t>
      </w:r>
      <w:r>
        <w:rPr>
          <w:b w:val="0"/>
          <w:color w:val="2446A6"/>
        </w:rPr>
        <w:t>[Prénom Nom du collègue]</w:t>
      </w:r>
      <w:r>
        <w:rPr>
          <w:b w:val="0"/>
        </w:rPr>
        <w:t xml:space="preserve">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fin]</w:t>
      </w:r>
      <w:r>
        <w:rPr>
          <w:b w:val="0"/>
        </w:rPr>
        <w:t>.</w:t>
      </w:r>
    </w:p>
    <w:p>
      <w:r>
        <w:rPr>
          <w:b w:val="0"/>
        </w:rPr>
        <w:t xml:space="preserve">Durant cette période, j’ai personnellement constaté que </w:t>
      </w:r>
      <w:r>
        <w:rPr>
          <w:b w:val="0"/>
          <w:color w:val="2446A6"/>
        </w:rPr>
        <w:t>[Prénom Nom du collègue]</w:t>
      </w:r>
      <w:r>
        <w:rPr>
          <w:b w:val="0"/>
        </w:rPr>
        <w:t xml:space="preserve"> a toujours exécuté ses missions avec rigueur. Le </w:t>
      </w:r>
      <w:r>
        <w:rPr>
          <w:b w:val="0"/>
          <w:color w:val="2446A6"/>
        </w:rPr>
        <w:t>[15 mars 2025]</w:t>
      </w:r>
      <w:r>
        <w:rPr>
          <w:b w:val="0"/>
        </w:rPr>
        <w:t>, il a notamment pris en charge la résolution de l’incident technique survenu sur la ligne de production numéro 4, permettant une reprise de l’activité en moins de trois heures, un délai inférieur à la moyenne habituelle du service. Je n’ai jamais observé de sa part un quelconque manquement aux consignes de sécurité ni aux procédures internes.</w:t>
      </w:r>
    </w:p>
    <w:p>
      <w:r>
        <w:rPr>
          <w:b w:val="0"/>
        </w:rPr>
        <w:t xml:space="preserve">J’ai été surpris d’apprendre le grief de faute grave qui lui est reproché à la date du </w:t>
      </w:r>
      <w:r>
        <w:rPr>
          <w:b w:val="0"/>
          <w:color w:val="2446A6"/>
        </w:rPr>
        <w:t>[date des faits reprochés]</w:t>
      </w:r>
      <w:r>
        <w:rPr>
          <w:b w:val="0"/>
        </w:rPr>
        <w:t xml:space="preserve">, car j’étais présent ce jour-là dans l’open space. </w:t>
      </w:r>
      <w:r>
        <w:rPr>
          <w:b w:val="0"/>
          <w:color w:val="2446A6"/>
        </w:rPr>
        <w:t>[Prénom Nom du collègue]</w:t>
      </w:r>
      <w:r>
        <w:rPr>
          <w:b w:val="0"/>
        </w:rPr>
        <w:t xml:space="preserve"> n’a eu aucun échange conflictuel avec notre supérieur hiérarchique, </w:t>
      </w:r>
      <w:r>
        <w:rPr>
          <w:b w:val="0"/>
          <w:color w:val="2446A6"/>
        </w:rPr>
        <w:t>[Prénom Nom du manager]</w:t>
      </w:r>
      <w:r>
        <w:rPr>
          <w:b w:val="0"/>
        </w:rPr>
        <w:t xml:space="preserve"> ; il a simplement rappelé les termes de la convention collective concernant le décompte des heures supplémentaires, ce qui relève d’un droit et non d’une insubordination.</w:t>
      </w:r>
    </w:p>
    <w:p>
      <w:r>
        <w:rPr>
          <w:b w:val="0"/>
        </w:rPr>
        <w:t>Je fournis cette attestation en pleine connaissance des dispositions de l’article 202 du Code de procédure civile et des sanctions pénales encourues en cas de faux témoignage. Je suis prêt à confirmer ces déclarations devant toute juridiction qui le demandera.</w:t>
      </w:r>
    </w:p>
    <w:p>
      <w:r>
        <w:rPr>
          <w:b w:val="0"/>
        </w:rPr>
        <w:t>Je vous prie d’agréer, Madame, Monsieur le Président,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recto-verso de ma carte nationale d’identité.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témoignage en faveur d’un collègue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