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Mon tout-petit,</w:t>
      </w:r>
    </w:p>
    <w:p>
      <w:r>
        <w:rPr>
          <w:b w:val="0"/>
        </w:rPr>
        <w:t xml:space="preserve">Il y a un an, le </w:t>
      </w:r>
      <w:r>
        <w:rPr>
          <w:b w:val="0"/>
          <w:color w:val="2446A6"/>
        </w:rPr>
        <w:t>[12 mars 2025]</w:t>
      </w:r>
      <w:r>
        <w:rPr>
          <w:b w:val="0"/>
        </w:rPr>
        <w:t xml:space="preserve">, tu poussais ton premier cri dans la chambre </w:t>
      </w:r>
      <w:r>
        <w:rPr>
          <w:b w:val="0"/>
          <w:color w:val="2446A6"/>
        </w:rPr>
        <w:t>[bleue]</w:t>
      </w:r>
      <w:r>
        <w:rPr>
          <w:b w:val="0"/>
        </w:rPr>
        <w:t xml:space="preserve"> de la maternité. Depuis, chaque jour a été une découverte : ton premier sourire au réveil, tes premières dents percées un matin de </w:t>
      </w:r>
      <w:r>
        <w:rPr>
          <w:b w:val="0"/>
          <w:color w:val="2446A6"/>
        </w:rPr>
        <w:t>[septembre]</w:t>
      </w:r>
      <w:r>
        <w:rPr>
          <w:b w:val="0"/>
        </w:rPr>
        <w:t>, tes premiers pas hésitants entre le canapé et la table basse.</w:t>
      </w:r>
    </w:p>
    <w:p>
      <w:r>
        <w:rPr>
          <w:b w:val="0"/>
        </w:rPr>
        <w:t xml:space="preserve">Aujourd’hui, tu souffles ta première bougie sur un gâteau au yaourt que tu as écrasé du bout des doigts avant même qu’on ait fini de chanter. Tu as reçu un </w:t>
      </w:r>
      <w:r>
        <w:rPr>
          <w:b w:val="0"/>
          <w:color w:val="2446A6"/>
        </w:rPr>
        <w:t>[doudou girafe]</w:t>
      </w:r>
      <w:r>
        <w:rPr>
          <w:b w:val="0"/>
        </w:rPr>
        <w:t xml:space="preserve"> que tu serres contre toi pour t’endormir, et un </w:t>
      </w:r>
      <w:r>
        <w:rPr>
          <w:b w:val="0"/>
          <w:color w:val="2446A6"/>
        </w:rPr>
        <w:t>[livre en tissu]</w:t>
      </w:r>
      <w:r>
        <w:rPr>
          <w:b w:val="0"/>
        </w:rPr>
        <w:t xml:space="preserve"> que tu mordilles avec bonheur.</w:t>
      </w:r>
    </w:p>
    <w:p>
      <w:r>
        <w:rPr>
          <w:b w:val="0"/>
        </w:rPr>
        <w:t>Cette première année a passé si vite. En t’écrivant ces mots, je veux que tu saches, plus tard, combien tu as été aimé dès ton premier souffle. Tu as rempli la maison de rires, de gazouillis et de couches sales, et chaque instant était précieux.</w:t>
      </w:r>
    </w:p>
    <w:p>
      <w:r>
        <w:rPr>
          <w:b w:val="0"/>
        </w:rPr>
        <w:t>J’ai hâte de te voir grandir, de t’entendre dire « maman » ou « papa », de t’apprendre à faire du vélo. Mais pour l’instant, je savoure ce moment où tu tiens tout entier dans mes bras.</w:t>
      </w:r>
    </w:p>
    <w:p>
      <w:r>
        <w:rPr>
          <w:b w:val="0"/>
        </w:rPr>
        <w:t>Avec tout mon amour,</w:t>
      </w:r>
    </w:p>
    <w:p/>
    <w:p>
      <w:pPr>
        <w:jc w:val="right"/>
      </w:pPr>
      <w:r>
        <w:rPr>
          <w:b w:val="0"/>
          <w:color w:val="2446A6"/>
        </w:rPr>
        <w:t>[Mamie]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pour un premier anniversaire (1 an)</dc:title>
  <dc:subject/>
  <dc:creator/>
  <cp:keywords/>
  <dc:description/>
  <cp:lastModifiedBy/>
  <cp:revision>1</cp:revision>
  <dcterms:created xsi:type="dcterms:W3CDTF">2013-12-23T23:15:00Z</dcterms:created>
  <dcterms:modified xsi:type="dcterms:W3CDTF">2013-12-23T23:15:00Z</dcterms:modified>
  <cp:category/>
</cp:coreProperties>
</file>