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 </w:t>
      </w:r>
      <w:r>
        <w:rPr>
          <w:b w:val="0"/>
          <w:color w:val="2446A6"/>
        </w:rPr>
        <w:t>[Prénom]</w:t>
      </w:r>
      <w:r>
        <w:rPr>
          <w:b w:val="0"/>
        </w:rPr>
        <w:t>,</w:t>
      </w:r>
    </w:p>
    <w:p>
      <w:r>
        <w:rPr>
          <w:b w:val="0"/>
        </w:rPr>
        <w:t xml:space="preserve">Joyeux anniversaire, </w:t>
      </w:r>
      <w:r>
        <w:rPr>
          <w:b w:val="0"/>
          <w:color w:val="2446A6"/>
        </w:rPr>
        <w:t>[Prénom]</w:t>
      </w:r>
      <w:r>
        <w:rPr>
          <w:b w:val="0"/>
        </w:rPr>
        <w:t xml:space="preserve"> ! Je n'ai pas oublié ce matin de </w:t>
      </w:r>
      <w:r>
        <w:rPr>
          <w:b w:val="0"/>
          <w:color w:val="2446A6"/>
        </w:rPr>
        <w:t>[saison]</w:t>
      </w:r>
      <w:r>
        <w:rPr>
          <w:b w:val="0"/>
        </w:rPr>
        <w:t xml:space="preserve"> où tu as sauvé la présentation devant </w:t>
      </w:r>
      <w:r>
        <w:rPr>
          <w:b w:val="0"/>
          <w:color w:val="2446A6"/>
        </w:rPr>
        <w:t>[client important]</w:t>
      </w:r>
      <w:r>
        <w:rPr>
          <w:b w:val="0"/>
        </w:rPr>
        <w:t xml:space="preserve"> en retrouvant le fichier perdu dans les e-mails. Depuis, je sais qu'on peut compter sur toi pour garder le cap, même quand la machine à café tombe en panne un lundi.</w:t>
      </w:r>
    </w:p>
    <w:p>
      <w:r>
        <w:rPr>
          <w:b w:val="0"/>
        </w:rPr>
        <w:t xml:space="preserve">Je te souhaite une année où </w:t>
      </w:r>
      <w:r>
        <w:rPr>
          <w:b w:val="0"/>
          <w:color w:val="2446A6"/>
        </w:rPr>
        <w:t>[projet en cours]</w:t>
      </w:r>
      <w:r>
        <w:rPr>
          <w:b w:val="0"/>
        </w:rPr>
        <w:t xml:space="preserve"> avance sans réunion interminable, où tes pauses déjeuner restent au soleil, et où tu repars chaque soir avec la satisfaction d'avoir bien fait ton travail. Profite de ta journée, on garde les gâteaux pour demain si tu préfères.</w:t>
      </w:r>
    </w:p>
    <w:p>
      <w:r>
        <w:rPr>
          <w:b w:val="0"/>
        </w:rPr>
        <w:t>Belle journée,</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Message anniversaire collègue : texte d'anniversaire pour un ou une collègue</dc:title>
  <dc:subject/>
  <dc:creator/>
  <cp:keywords/>
  <dc:description/>
  <cp:lastModifiedBy/>
  <cp:revision>1</cp:revision>
  <dcterms:created xsi:type="dcterms:W3CDTF">2013-12-23T23:15:00Z</dcterms:created>
  <dcterms:modified xsi:type="dcterms:W3CDTF">2013-12-23T23:15:00Z</dcterms:modified>
  <cp:category/>
</cp:coreProperties>
</file>