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Ma chérie,</w:t>
      </w:r>
    </w:p>
    <w:p>
      <w:r>
        <w:rPr>
          <w:b w:val="0"/>
        </w:rPr>
        <w:t xml:space="preserve">Trente-six ans que je te connais, et je me souviens encore de la première fois où je t'ai vue, à la fête de la musique de </w:t>
      </w:r>
      <w:r>
        <w:rPr>
          <w:b w:val="0"/>
          <w:color w:val="2446A6"/>
        </w:rPr>
        <w:t>[juin 1990]</w:t>
      </w:r>
      <w:r>
        <w:rPr>
          <w:b w:val="0"/>
        </w:rPr>
        <w:t>, avec ta robe à fleurs et tes sandales qui claquaient sur le pavé. Tu m'avais demandé du feu alors que tu ne fumais pas.</w:t>
      </w:r>
    </w:p>
    <w:p>
      <w:r>
        <w:rPr>
          <w:b w:val="0"/>
        </w:rPr>
        <w:t xml:space="preserve">Depuis, il y a eu </w:t>
      </w:r>
      <w:r>
        <w:rPr>
          <w:b w:val="0"/>
          <w:color w:val="2446A6"/>
        </w:rPr>
        <w:t>[notre appartement de la rue Pasteur]</w:t>
      </w:r>
      <w:r>
        <w:rPr>
          <w:b w:val="0"/>
        </w:rPr>
        <w:t xml:space="preserve">, les nuits blanches quand </w:t>
      </w:r>
      <w:r>
        <w:rPr>
          <w:b w:val="0"/>
          <w:color w:val="2446A6"/>
        </w:rPr>
        <w:t>[notre fils]</w:t>
      </w:r>
      <w:r>
        <w:rPr>
          <w:b w:val="0"/>
        </w:rPr>
        <w:t xml:space="preserve"> était bébé, et ce matin de </w:t>
      </w:r>
      <w:r>
        <w:rPr>
          <w:b w:val="0"/>
          <w:color w:val="2446A6"/>
        </w:rPr>
        <w:t>[mars 2019]</w:t>
      </w:r>
      <w:r>
        <w:rPr>
          <w:b w:val="0"/>
        </w:rPr>
        <w:t xml:space="preserve"> où tu as pleuré de rire parce que j'avais mis le pain à griller dans le four sans l'allumer. Tu répètes toujours « on verra bien » quand quelque chose nous inquiète, et chaque fois, ça finit par aller.</w:t>
      </w:r>
    </w:p>
    <w:p>
      <w:r>
        <w:rPr>
          <w:b w:val="0"/>
        </w:rPr>
        <w:t xml:space="preserve">Aujourd'hui, tu as </w:t>
      </w:r>
      <w:r>
        <w:rPr>
          <w:b w:val="0"/>
          <w:color w:val="2446A6"/>
        </w:rPr>
        <w:t>[58 ans]</w:t>
      </w:r>
      <w:r>
        <w:rPr>
          <w:b w:val="0"/>
        </w:rPr>
        <w:t xml:space="preserve">. Tu te lèves à </w:t>
      </w:r>
      <w:r>
        <w:rPr>
          <w:b w:val="0"/>
          <w:color w:val="2446A6"/>
        </w:rPr>
        <w:t>[6 h 30]</w:t>
      </w:r>
      <w:r>
        <w:rPr>
          <w:b w:val="0"/>
        </w:rPr>
        <w:t xml:space="preserve"> pour arroser le balcon avant que le soleil ne tape, tu mets la radio sur </w:t>
      </w:r>
      <w:r>
        <w:rPr>
          <w:b w:val="0"/>
          <w:color w:val="2446A6"/>
        </w:rPr>
        <w:t>[France Inter]</w:t>
      </w:r>
      <w:r>
        <w:rPr>
          <w:b w:val="0"/>
        </w:rPr>
        <w:t xml:space="preserve"> et tu chantes faux en préparant le café. Ce sont ces matins-là que j'aime le plus, pas les grands voyages.</w:t>
      </w:r>
    </w:p>
    <w:p>
      <w:r>
        <w:rPr>
          <w:b w:val="0"/>
        </w:rPr>
        <w:t xml:space="preserve">Je ne sais pas te dire les choses en public, alors je te les écris : merci d'avoir tenu la maison quand </w:t>
      </w:r>
      <w:r>
        <w:rPr>
          <w:b w:val="0"/>
          <w:color w:val="2446A6"/>
        </w:rPr>
        <w:t>[j'ai été en arrêt trois mois]</w:t>
      </w:r>
      <w:r>
        <w:rPr>
          <w:b w:val="0"/>
        </w:rPr>
        <w:t xml:space="preserve">, merci de m'avoir laissé partir à </w:t>
      </w:r>
      <w:r>
        <w:rPr>
          <w:b w:val="0"/>
          <w:color w:val="2446A6"/>
        </w:rPr>
        <w:t>[la pêche avec mon frère]</w:t>
      </w:r>
      <w:r>
        <w:rPr>
          <w:b w:val="0"/>
        </w:rPr>
        <w:t xml:space="preserve"> chaque </w:t>
      </w:r>
      <w:r>
        <w:rPr>
          <w:b w:val="0"/>
          <w:color w:val="2446A6"/>
        </w:rPr>
        <w:t>[dimanche de septembre]</w:t>
      </w:r>
      <w:r>
        <w:rPr>
          <w:b w:val="0"/>
        </w:rPr>
        <w:t>, merci d'être encore là à rire de mes blagues nulles.</w:t>
      </w:r>
    </w:p>
    <w:p>
      <w:r>
        <w:rPr>
          <w:b w:val="0"/>
        </w:rPr>
        <w:t xml:space="preserve">Joyeux anniversaire, ma femme. Je t'embrasse comme le jour de </w:t>
      </w:r>
      <w:r>
        <w:rPr>
          <w:b w:val="0"/>
          <w:color w:val="2446A6"/>
        </w:rPr>
        <w:t>[notre mariage à la mairie du 11e]</w:t>
      </w:r>
      <w:r>
        <w:rPr>
          <w:b w:val="0"/>
        </w:rPr>
        <w:t>, sans savoir quoi dire et très content d'être là.</w:t>
      </w:r>
    </w:p>
    <w:p>
      <w:r>
        <w:rPr>
          <w:b w:val="0"/>
        </w:rPr>
        <w:t>Je t'aime, et je te le dis mal, mais je t'aime.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Joyeux anniversaire ma femme : un texte touchant à lui écrire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