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Ma chère </w:t>
      </w:r>
      <w:r>
        <w:rPr>
          <w:b w:val="0"/>
          <w:color w:val="2446A6"/>
        </w:rPr>
        <w:t>[Prénom]</w:t>
      </w:r>
      <w:r>
        <w:rPr>
          <w:b w:val="0"/>
        </w:rPr>
        <w:t>,</w:t>
      </w:r>
    </w:p>
    <w:p>
      <w:r>
        <w:rPr>
          <w:b w:val="0"/>
        </w:rPr>
        <w:t xml:space="preserve">Je ne dirai pas ton âge, mais si on alignait toutes les bougies depuis ta naissance, on pourrait éclairer le stade de France pendant une finale. Rassure-toi, le ridicule ne tue pas, et tu en es la preuve étincelante depuis </w:t>
      </w:r>
      <w:r>
        <w:rPr>
          <w:b w:val="0"/>
          <w:color w:val="2446A6"/>
        </w:rPr>
        <w:t>[38]</w:t>
      </w:r>
      <w:r>
        <w:rPr>
          <w:b w:val="0"/>
        </w:rPr>
        <w:t xml:space="preserve"> ans.</w:t>
      </w:r>
    </w:p>
    <w:p>
      <w:r>
        <w:rPr>
          <w:b w:val="0"/>
        </w:rPr>
        <w:t xml:space="preserve">Tu te rappelles ce jour où tu as </w:t>
      </w:r>
      <w:r>
        <w:rPr>
          <w:b w:val="0"/>
          <w:color w:val="2446A6"/>
        </w:rPr>
        <w:t>[déboulé en pyjama dans la cour de l'école pour rattraper le bus]</w:t>
      </w:r>
      <w:r>
        <w:rPr>
          <w:b w:val="0"/>
        </w:rPr>
        <w:t xml:space="preserve"> ? J'en pleure encore de rire. Aujourd'hui, tu jongles toujours avec </w:t>
      </w:r>
      <w:r>
        <w:rPr>
          <w:b w:val="0"/>
          <w:color w:val="2446A6"/>
        </w:rPr>
        <w:t>[tes trois ados et ton boulot]</w:t>
      </w:r>
      <w:r>
        <w:rPr>
          <w:b w:val="0"/>
        </w:rPr>
        <w:t>, mais avec un peu plus de grâce (ou de cernes, c'est selon).</w:t>
      </w:r>
    </w:p>
    <w:p>
      <w:r>
        <w:rPr>
          <w:b w:val="0"/>
        </w:rPr>
        <w:t>Je te souhaite une journée remplie de fou rires, de messages gênants de la famille, et d'un gâteau où les calories se seront mystérieusement évaporées. Tu nous dois une fiesta mémorable, mais d'abord, souffle ces bougies avant que les pompiers ne débarquent.</w:t>
      </w:r>
    </w:p>
    <w:p>
      <w:r>
        <w:rPr>
          <w:b w:val="0"/>
        </w:rPr>
        <w:t>Avec tout mon amour et ma mauvaise foi,</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humour pour une femme</dc:title>
  <dc:subject/>
  <dc:creator/>
  <cp:keywords/>
  <dc:description/>
  <cp:lastModifiedBy/>
  <cp:revision>1</cp:revision>
  <dcterms:created xsi:type="dcterms:W3CDTF">2013-12-23T23:15:00Z</dcterms:created>
  <dcterms:modified xsi:type="dcterms:W3CDTF">2013-12-23T23:15:00Z</dcterms:modified>
  <cp:category/>
</cp:coreProperties>
</file>