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 xml:space="preserve">Ma chère </w:t>
      </w:r>
      <w:r>
        <w:rPr>
          <w:b w:val="0"/>
          <w:color w:val="2446A6"/>
        </w:rPr>
        <w:t>[Prénom]</w:t>
      </w:r>
      <w:r>
        <w:rPr>
          <w:b w:val="0"/>
        </w:rPr>
        <w:t>,</w:t>
      </w:r>
    </w:p>
    <w:p>
      <w:r>
        <w:rPr>
          <w:b w:val="0"/>
        </w:rPr>
        <w:t xml:space="preserve">J’espère que cette carte arrivera la veille de tes </w:t>
      </w:r>
      <w:r>
        <w:rPr>
          <w:b w:val="0"/>
          <w:color w:val="2446A6"/>
        </w:rPr>
        <w:t>[34]</w:t>
      </w:r>
      <w:r>
        <w:rPr>
          <w:b w:val="0"/>
        </w:rPr>
        <w:t xml:space="preserve"> ans, le </w:t>
      </w:r>
      <w:r>
        <w:rPr>
          <w:b w:val="0"/>
          <w:color w:val="2446A6"/>
        </w:rPr>
        <w:t>[12 septembre]</w:t>
      </w:r>
      <w:r>
        <w:rPr>
          <w:b w:val="0"/>
        </w:rPr>
        <w:t xml:space="preserve">, pour que tu la lises en buvant ton café. Je repense souvent à ce samedi de juin où l’on a raté le dernier train à </w:t>
      </w:r>
      <w:r>
        <w:rPr>
          <w:b w:val="0"/>
          <w:color w:val="2446A6"/>
        </w:rPr>
        <w:t>[Nantes]</w:t>
      </w:r>
      <w:r>
        <w:rPr>
          <w:b w:val="0"/>
        </w:rPr>
        <w:t xml:space="preserve"> et où l’on a fini la nuit sur un banc, à refaire le monde. Ton rire ce soir-là m’a rappelé pourquoi tu comptes tant.</w:t>
      </w:r>
    </w:p>
    <w:p>
      <w:r>
        <w:rPr>
          <w:b w:val="0"/>
        </w:rPr>
        <w:t xml:space="preserve">Pour cette nouvelle année, je te souhaite des matins sans réveil, des projets qui te ressemblent et au moins un voyage où tu te perdras sans stress. Et je nous programme un déjeuner le </w:t>
      </w:r>
      <w:r>
        <w:rPr>
          <w:b w:val="0"/>
          <w:color w:val="2446A6"/>
        </w:rPr>
        <w:t>[premier samedi de novembre]</w:t>
      </w:r>
      <w:r>
        <w:rPr>
          <w:b w:val="0"/>
        </w:rPr>
        <w:t xml:space="preserve">, au </w:t>
      </w:r>
      <w:r>
        <w:rPr>
          <w:b w:val="0"/>
          <w:color w:val="2446A6"/>
        </w:rPr>
        <w:t>[Café de la Paix]</w:t>
      </w:r>
      <w:r>
        <w:rPr>
          <w:b w:val="0"/>
        </w:rPr>
        <w:t>, comme promis.</w:t>
      </w:r>
    </w:p>
    <w:p>
      <w:r>
        <w:rPr>
          <w:b w:val="0"/>
        </w:rPr>
        <w:t>Je t’embrasse fort,</w:t>
      </w:r>
    </w:p>
    <w:p/>
    <w:p>
      <w:pPr>
        <w:jc w:val="right"/>
      </w:pPr>
      <w:r>
        <w:rPr>
          <w:b w:val="0"/>
          <w:color w:val="2446A6"/>
        </w:rPr>
        <w:t>[Ton prénom]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 anniversaire femme : message personnel à envoyer</dc:title>
  <dc:subject/>
  <dc:creator/>
  <cp:keywords/>
  <dc:description/>
  <cp:lastModifiedBy/>
  <cp:revision>1</cp:revision>
  <dcterms:created xsi:type="dcterms:W3CDTF">2013-12-23T23:15:00Z</dcterms:created>
  <dcterms:modified xsi:type="dcterms:W3CDTF">2013-12-23T23:15:00Z</dcterms:modified>
  <cp:category/>
</cp:coreProperties>
</file>