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Mon cher </w:t>
      </w:r>
      <w:r>
        <w:rPr>
          <w:b w:val="0"/>
          <w:color w:val="2446A6"/>
        </w:rPr>
        <w:t>[filleul]</w:t>
      </w:r>
      <w:r>
        <w:rPr>
          <w:b w:val="0"/>
        </w:rPr>
        <w:t>,</w:t>
      </w:r>
    </w:p>
    <w:p>
      <w:r>
        <w:rPr>
          <w:b w:val="0"/>
        </w:rPr>
        <w:t xml:space="preserve">En ce </w:t>
      </w:r>
      <w:r>
        <w:rPr>
          <w:b w:val="0"/>
          <w:color w:val="2446A6"/>
        </w:rPr>
        <w:t>[samedi 24 septembre]</w:t>
      </w:r>
      <w:r>
        <w:rPr>
          <w:b w:val="0"/>
        </w:rPr>
        <w:t xml:space="preserve">, jour de tes </w:t>
      </w:r>
      <w:r>
        <w:rPr>
          <w:b w:val="0"/>
          <w:color w:val="2446A6"/>
        </w:rPr>
        <w:t>[dix]</w:t>
      </w:r>
      <w:r>
        <w:rPr>
          <w:b w:val="0"/>
        </w:rPr>
        <w:t xml:space="preserve"> ans, je pense à toi très fort. Je revois le jour de ton baptême, un </w:t>
      </w:r>
      <w:r>
        <w:rPr>
          <w:b w:val="0"/>
          <w:color w:val="2446A6"/>
        </w:rPr>
        <w:t>[dimanche de juin 2021]</w:t>
      </w:r>
      <w:r>
        <w:rPr>
          <w:b w:val="0"/>
        </w:rPr>
        <w:t xml:space="preserve"> où le soleil entrait à flots dans l'église </w:t>
      </w:r>
      <w:r>
        <w:rPr>
          <w:b w:val="0"/>
          <w:color w:val="2446A6"/>
        </w:rPr>
        <w:t>[Saint-Pierre]</w:t>
      </w:r>
      <w:r>
        <w:rPr>
          <w:b w:val="0"/>
        </w:rPr>
        <w:t>. Tu portais le lange blanc brodé par ta grand-mère, et lorsque le prêtre a versé l'eau, tu as souri pour la première fois.</w:t>
      </w:r>
    </w:p>
    <w:p>
      <w:r>
        <w:rPr>
          <w:b w:val="0"/>
        </w:rPr>
        <w:t>Depuis, chaque année, tu m'étonnes par ta curiosité. L'été dernier, quand tu as construit une cabane dans le jardin avec trois fois rien, j'ai admiré ta patience. Et quand tu m'as expliqué la différence entre un tyrannosaure et un tricératops, j'ai su que ta passion pour les dinosaures était sérieuse.</w:t>
      </w:r>
    </w:p>
    <w:p>
      <w:r>
        <w:rPr>
          <w:b w:val="0"/>
        </w:rPr>
        <w:t xml:space="preserve">Pour tes </w:t>
      </w:r>
      <w:r>
        <w:rPr>
          <w:b w:val="0"/>
          <w:color w:val="2446A6"/>
        </w:rPr>
        <w:t>[dix]</w:t>
      </w:r>
      <w:r>
        <w:rPr>
          <w:b w:val="0"/>
        </w:rPr>
        <w:t xml:space="preserve"> ans, je te souhaite de garder cette étincelle dans le regard. Continue à grimper aux arbres (avec prudence !), à lire des livres d'aventures, et à inventer des mondes. Sache que ta marraine sera toujours là pour t'encourager.</w:t>
      </w:r>
    </w:p>
    <w:p>
      <w:r>
        <w:rPr>
          <w:b w:val="0"/>
        </w:rPr>
        <w:t xml:space="preserve">Je t'embrasse très fort et j'ai hâte de te retrouver le </w:t>
      </w:r>
      <w:r>
        <w:rPr>
          <w:b w:val="0"/>
          <w:color w:val="2446A6"/>
        </w:rPr>
        <w:t>[15 octobre]</w:t>
      </w:r>
      <w:r>
        <w:rPr>
          <w:b w:val="0"/>
        </w:rPr>
        <w:t xml:space="preserve"> pour notre sortie au </w:t>
      </w:r>
      <w:r>
        <w:rPr>
          <w:b w:val="0"/>
          <w:color w:val="2446A6"/>
        </w:rPr>
        <w:t>[planétarium]</w:t>
      </w:r>
      <w:r>
        <w:rPr>
          <w:b w:val="0"/>
        </w:rPr>
        <w:t xml:space="preserve">. D'ici là, joyeux anniversaire, mon </w:t>
      </w:r>
      <w:r>
        <w:rPr>
          <w:b w:val="0"/>
          <w:color w:val="2446A6"/>
        </w:rPr>
        <w:t>[filleul]</w:t>
      </w:r>
      <w:r>
        <w:rPr>
          <w:b w:val="0"/>
        </w:rPr>
        <w:t xml:space="preserve"> !</w:t>
      </w:r>
    </w:p>
    <w:p>
      <w:r>
        <w:rPr>
          <w:b w:val="0"/>
        </w:rPr>
        <w:t>Avec toute mon affection,</w:t>
      </w:r>
    </w:p>
    <w:p/>
    <w:p>
      <w:pPr>
        <w:jc w:val="right"/>
      </w:pPr>
      <w:r>
        <w:rPr>
          <w:b w:val="0"/>
          <w:color w:val="2446A6"/>
        </w:rPr>
        <w:t>[Votre 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son filleul</dc:title>
  <dc:subject/>
  <dc:creator/>
  <cp:keywords/>
  <dc:description/>
  <cp:lastModifiedBy/>
  <cp:revision>1</cp:revision>
  <dcterms:created xsi:type="dcterms:W3CDTF">2013-12-23T23:15:00Z</dcterms:created>
  <dcterms:modified xsi:type="dcterms:W3CDTF">2013-12-23T23:15:00Z</dcterms:modified>
  <cp:category/>
</cp:coreProperties>
</file>