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Ma chère </w:t>
      </w:r>
      <w:r>
        <w:rPr>
          <w:b w:val="0"/>
          <w:color w:val="2446A6"/>
        </w:rPr>
        <w:t>[Prénom]</w:t>
      </w:r>
      <w:r>
        <w:rPr>
          <w:b w:val="0"/>
        </w:rPr>
        <w:t>,</w:t>
      </w:r>
    </w:p>
    <w:p>
      <w:r>
        <w:rPr>
          <w:b w:val="0"/>
        </w:rPr>
        <w:t xml:space="preserve">Tu as </w:t>
      </w:r>
      <w:r>
        <w:rPr>
          <w:b w:val="0"/>
          <w:color w:val="2446A6"/>
        </w:rPr>
        <w:t>[18 ans]</w:t>
      </w:r>
      <w:r>
        <w:rPr>
          <w:b w:val="0"/>
        </w:rPr>
        <w:t xml:space="preserve"> aujourd'hui, et je repense à ce jour où tu as soufflé tes </w:t>
      </w:r>
      <w:r>
        <w:rPr>
          <w:b w:val="0"/>
          <w:color w:val="2446A6"/>
        </w:rPr>
        <w:t>[5 bougies]</w:t>
      </w:r>
      <w:r>
        <w:rPr>
          <w:b w:val="0"/>
        </w:rPr>
        <w:t xml:space="preserve"> en tachant ta robe de fraises. Je revois la cuisine de ta mère, les assiettes en carton, et toi qui riais en montrant tes doigts rouges. Depuis, tu as grandi sans perdre cette façon de danser quand tu es contente.</w:t>
      </w:r>
    </w:p>
    <w:p>
      <w:r>
        <w:rPr>
          <w:b w:val="0"/>
        </w:rPr>
        <w:t xml:space="preserve">Cette année, tu as passé ton permis du premier coup et tu as choisi ta voie. Je t'écris de </w:t>
      </w:r>
      <w:r>
        <w:rPr>
          <w:b w:val="0"/>
          <w:color w:val="2446A6"/>
        </w:rPr>
        <w:t>[ma maison à la campagne]</w:t>
      </w:r>
      <w:r>
        <w:rPr>
          <w:b w:val="0"/>
        </w:rPr>
        <w:t>, où la photo de nous deux à la mer est toujours sur le frigo. Tu me manques, mais je sais que tu construis quelque chose de solide.</w:t>
      </w:r>
    </w:p>
    <w:p>
      <w:r>
        <w:rPr>
          <w:b w:val="0"/>
        </w:rPr>
        <w:t xml:space="preserve">Pour tes </w:t>
      </w:r>
      <w:r>
        <w:rPr>
          <w:b w:val="0"/>
          <w:color w:val="2446A6"/>
        </w:rPr>
        <w:t>[18 ans]</w:t>
      </w:r>
      <w:r>
        <w:rPr>
          <w:b w:val="0"/>
        </w:rPr>
        <w:t>, je te souhaite des amis qui te ressemblent, des voyages qui te surprennent, et des dimanches où tu ne fais rien sans culpabiliser. Appelle-moi quand tu veux entendre une voix qui t'aime.</w:t>
      </w:r>
    </w:p>
    <w:p>
      <w:r>
        <w:rPr>
          <w:b w:val="0"/>
        </w:rPr>
        <w:t>Je t'embrasse fort, ma filleule.</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d'anniversaire pour sa filleule</dc:title>
  <dc:subject/>
  <dc:creator/>
  <cp:keywords/>
  <dc:description/>
  <cp:lastModifiedBy/>
  <cp:revision>1</cp:revision>
  <dcterms:created xsi:type="dcterms:W3CDTF">2013-12-23T23:15:00Z</dcterms:created>
  <dcterms:modified xsi:type="dcterms:W3CDTF">2013-12-23T23:15:00Z</dcterms:modified>
  <cp:category/>
</cp:coreProperties>
</file>