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Mon </w:t>
      </w:r>
      <w:r>
        <w:rPr>
          <w:b w:val="0"/>
          <w:color w:val="2446A6"/>
        </w:rPr>
        <w:t>[prénom]</w:t>
      </w:r>
      <w:r>
        <w:rPr>
          <w:b w:val="0"/>
        </w:rPr>
        <w:t>,</w:t>
      </w:r>
    </w:p>
    <w:p>
      <w:r>
        <w:rPr>
          <w:b w:val="0"/>
        </w:rPr>
        <w:t xml:space="preserve">Ce matin, j’ai retrouvé la photo de tes </w:t>
      </w:r>
      <w:r>
        <w:rPr>
          <w:b w:val="0"/>
          <w:color w:val="2446A6"/>
        </w:rPr>
        <w:t>[trois ans, les mains plongées dans le saladier de farine]</w:t>
      </w:r>
      <w:r>
        <w:rPr>
          <w:b w:val="0"/>
        </w:rPr>
        <w:t>. Tu regardais l’objectif avec cet air de défi que tu portes encore quand tu défends un projet au bureau.</w:t>
      </w:r>
    </w:p>
    <w:p>
      <w:r>
        <w:rPr>
          <w:b w:val="0"/>
        </w:rPr>
        <w:t>Depuis, tu as appris à doser la farine et à doser les risques. Tu es devenu un adulte posé, capable d’écouter un ami à deux heures du matin et de démonter un moteur les yeux fermés. Chaque fois que tu prends une décision de bon sens, je me dis que le petit garçon curieux a bien grandi.</w:t>
      </w:r>
    </w:p>
    <w:p>
      <w:r>
        <w:rPr>
          <w:b w:val="0"/>
        </w:rPr>
        <w:t xml:space="preserve">En </w:t>
      </w:r>
      <w:r>
        <w:rPr>
          <w:b w:val="0"/>
          <w:color w:val="2446A6"/>
        </w:rPr>
        <w:t>[vingt-six]</w:t>
      </w:r>
      <w:r>
        <w:rPr>
          <w:b w:val="0"/>
        </w:rPr>
        <w:t xml:space="preserve"> ans, tu m’as appris la persévérance, la loyauté et l’art de faire griller les sardines sans carboniser le barbecue. Alors aujourd’hui, je te souhaite une année où le vent souffle dans ton dos, où tes éclats de rire restent aussi sonores que ce fou rire dans le bus de </w:t>
      </w:r>
      <w:r>
        <w:rPr>
          <w:b w:val="0"/>
          <w:color w:val="2446A6"/>
        </w:rPr>
        <w:t>[la ligne 38]</w:t>
      </w:r>
      <w:r>
        <w:rPr>
          <w:b w:val="0"/>
        </w:rPr>
        <w:t>.</w:t>
      </w:r>
    </w:p>
    <w:p>
      <w:r>
        <w:rPr>
          <w:b w:val="0"/>
        </w:rPr>
        <w:t>Continue d’avancer avec cette force calme qui est la tienne. Je suis fier(e) de l’homme que tu bâtis.</w:t>
      </w:r>
    </w:p>
    <w:p>
      <w:r>
        <w:rPr>
          <w:b w:val="0"/>
        </w:rPr>
        <w:t>Avec tout mon amour,</w:t>
      </w:r>
    </w:p>
    <w:p/>
    <w:p>
      <w:pPr>
        <w:jc w:val="right"/>
      </w:pPr>
      <w:r>
        <w:rPr>
          <w:b w:val="0"/>
        </w:rPr>
        <w:t>Maman</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d'anniversaire pour son fils adulte</dc:title>
  <dc:subject/>
  <dc:creator/>
  <cp:keywords/>
  <dc:description/>
  <cp:lastModifiedBy/>
  <cp:revision>1</cp:revision>
  <dcterms:created xsi:type="dcterms:W3CDTF">2013-12-23T23:15:00Z</dcterms:created>
  <dcterms:modified xsi:type="dcterms:W3CDTF">2013-12-23T23:15:00Z</dcterms:modified>
  <cp:category/>
</cp:coreProperties>
</file>