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 xml:space="preserve">Ma </w:t>
      </w:r>
      <w:r>
        <w:rPr>
          <w:b w:val="0"/>
          <w:color w:val="2446A6"/>
        </w:rPr>
        <w:t>[prénom]</w:t>
      </w:r>
      <w:r>
        <w:rPr>
          <w:b w:val="0"/>
        </w:rPr>
        <w:t>,</w:t>
      </w:r>
    </w:p>
    <w:p>
      <w:r>
        <w:rPr>
          <w:b w:val="0"/>
        </w:rPr>
        <w:t xml:space="preserve">Joyeux anniversaire. Ce matin, en préparant le café, je suis revenue à ce </w:t>
      </w:r>
      <w:r>
        <w:rPr>
          <w:b w:val="0"/>
          <w:color w:val="2446A6"/>
        </w:rPr>
        <w:t>[14 juillet]</w:t>
      </w:r>
      <w:r>
        <w:rPr>
          <w:b w:val="0"/>
        </w:rPr>
        <w:t xml:space="preserve"> où nous avons raté le dernier bus de </w:t>
      </w:r>
      <w:r>
        <w:rPr>
          <w:b w:val="0"/>
          <w:color w:val="2446A6"/>
        </w:rPr>
        <w:t>[23 h 12]</w:t>
      </w:r>
      <w:r>
        <w:rPr>
          <w:b w:val="0"/>
        </w:rPr>
        <w:t xml:space="preserve"> et marché quarante minutes sous la pluie en chantant faux. Tu avais gardé tes sandales à la main et tu riais tellement que la rue entière s'est retournée. C'est ce rire-là que je te souhaite pour l'année qui commence.</w:t>
      </w:r>
    </w:p>
    <w:p>
      <w:r>
        <w:rPr>
          <w:b w:val="0"/>
        </w:rPr>
        <w:t xml:space="preserve">Il y a aussi ton déménagement à </w:t>
      </w:r>
      <w:r>
        <w:rPr>
          <w:b w:val="0"/>
          <w:color w:val="2446A6"/>
        </w:rPr>
        <w:t>[Lyon]</w:t>
      </w:r>
      <w:r>
        <w:rPr>
          <w:b w:val="0"/>
        </w:rPr>
        <w:t xml:space="preserve"> en </w:t>
      </w:r>
      <w:r>
        <w:rPr>
          <w:b w:val="0"/>
          <w:color w:val="2446A6"/>
        </w:rPr>
        <w:t>[2019]</w:t>
      </w:r>
      <w:r>
        <w:rPr>
          <w:b w:val="0"/>
        </w:rPr>
        <w:t xml:space="preserve">. On s'est dit que la distance allait tout compliquer ; elle a simplement changé nos rituels. Le dimanche soir, ton appel de </w:t>
      </w:r>
      <w:r>
        <w:rPr>
          <w:b w:val="0"/>
          <w:color w:val="2446A6"/>
        </w:rPr>
        <w:t>[19 h 04]</w:t>
      </w:r>
      <w:r>
        <w:rPr>
          <w:b w:val="0"/>
        </w:rPr>
        <w:t xml:space="preserve"> est devenu un repère plus fiable que mon réveil. Tu sais écouter sans interrompre, et tu sais dire « reviens demain, on en reparle » quand je tourne en rond.</w:t>
      </w:r>
    </w:p>
    <w:p>
      <w:r>
        <w:rPr>
          <w:b w:val="0"/>
        </w:rPr>
        <w:t xml:space="preserve">Pour tes </w:t>
      </w:r>
      <w:r>
        <w:rPr>
          <w:b w:val="0"/>
          <w:color w:val="2446A6"/>
        </w:rPr>
        <w:t>[38]</w:t>
      </w:r>
      <w:r>
        <w:rPr>
          <w:b w:val="0"/>
        </w:rPr>
        <w:t xml:space="preserve"> ans, je te souhaite des matins sans courir, des journées à la pharmacie où les patients te sourient, et un week-end à </w:t>
      </w:r>
      <w:r>
        <w:rPr>
          <w:b w:val="0"/>
          <w:color w:val="2446A6"/>
        </w:rPr>
        <w:t>[Arcachon]</w:t>
      </w:r>
      <w:r>
        <w:rPr>
          <w:b w:val="0"/>
        </w:rPr>
        <w:t xml:space="preserve"> où l'on refera le plein de sel et de fous rires. Tu es la sœur que je n'ai pas eue, et chaque année passée à tes côtés compte double.</w:t>
      </w:r>
    </w:p>
    <w:p>
      <w:r>
        <w:rPr>
          <w:b w:val="0"/>
        </w:rPr>
        <w:t>Je t'embrasse fort.</w:t>
      </w:r>
    </w:p>
    <w:p/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Texte anniversaire meilleure amie touchant : la lettre à envoyer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