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r>
        <w:rPr>
          <w:b w:val="0"/>
        </w:rPr>
        <w:t>Mon cher petit-fils,</w:t>
      </w:r>
    </w:p>
    <w:p>
      <w:r>
        <w:rPr>
          <w:b w:val="0"/>
        </w:rPr>
        <w:t xml:space="preserve">Aujourd’hui, tu as </w:t>
      </w:r>
      <w:r>
        <w:rPr>
          <w:b w:val="0"/>
          <w:color w:val="2446A6"/>
        </w:rPr>
        <w:t>[7 ans]</w:t>
      </w:r>
      <w:r>
        <w:rPr>
          <w:b w:val="0"/>
        </w:rPr>
        <w:t xml:space="preserve">. Je revois encore tes petites mains agrippées au guidon de ton premier vélo rouge, le jour de tes </w:t>
      </w:r>
      <w:r>
        <w:rPr>
          <w:b w:val="0"/>
          <w:color w:val="2446A6"/>
        </w:rPr>
        <w:t>[5 ans]</w:t>
      </w:r>
      <w:r>
        <w:rPr>
          <w:b w:val="0"/>
        </w:rPr>
        <w:t>, quand tu as foncé droit dans le massif de lavande. Tu t’es relevé en riant, et ce fou rire a duré tout le goûter.</w:t>
      </w:r>
    </w:p>
    <w:p>
      <w:r>
        <w:rPr>
          <w:b w:val="0"/>
        </w:rPr>
        <w:t>Depuis, chaque année, je mesure combien tu grandis, mais ce courage joyeux ne t’a jamais quitté. La semaine dernière, quand tu as récité ta poésie sans trembler devant toute la classe, j’ai retrouvé la même flamme dans tes yeux.</w:t>
      </w:r>
    </w:p>
    <w:p>
      <w:r>
        <w:rPr>
          <w:b w:val="0"/>
        </w:rPr>
        <w:t xml:space="preserve">Pour tes </w:t>
      </w:r>
      <w:r>
        <w:rPr>
          <w:b w:val="0"/>
          <w:color w:val="2446A6"/>
        </w:rPr>
        <w:t>[7 ans]</w:t>
      </w:r>
      <w:r>
        <w:rPr>
          <w:b w:val="0"/>
        </w:rPr>
        <w:t>, je te souhaite de continuer à pédaler aussi vite, à tomber parfois, et à toujours te relever avec ce rire qui éclaire la maison. J’ai glissé dans l’enveloppe un bon pour une après-midi cabane dans le jardin : apporte tes idées, j’apporte les draps et le chocolat chaud.</w:t>
      </w:r>
    </w:p>
    <w:p>
      <w:r>
        <w:rPr>
          <w:b w:val="0"/>
        </w:rPr>
        <w:t>Je t’embrasse aussi fort que le jour où tu as cueilli ta première fraise dans mon potager et que tu l’as mangée d’un coup, les joues toutes barbouillées de rouge.</w:t>
      </w:r>
    </w:p>
    <w:p>
      <w:r>
        <w:rPr>
          <w:b w:val="0"/>
        </w:rPr>
        <w:t>Avec tout mon amour,</w:t>
      </w:r>
    </w:p>
    <w:p/>
    <w:p>
      <w:pPr>
        <w:jc w:val="right"/>
      </w:pPr>
      <w:r>
        <w:rPr>
          <w:b w:val="0"/>
          <w:color w:val="2446A6"/>
        </w:rPr>
        <w:t>[Mamie Claire]</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Texte d'anniversaire pour son petit-fils</dc:title>
  <dc:subject/>
  <dc:creator/>
  <cp:keywords/>
  <dc:description/>
  <cp:lastModifiedBy/>
  <cp:revision>1</cp:revision>
  <dcterms:created xsi:type="dcterms:W3CDTF">2013-12-23T23:15:00Z</dcterms:created>
  <dcterms:modified xsi:type="dcterms:W3CDTF">2013-12-23T23:15:00Z</dcterms:modified>
  <cp:category/>
</cp:coreProperties>
</file>