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Ma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Ce matin, je pense à toi qui souffles tes </w:t>
      </w:r>
      <w:r>
        <w:rPr>
          <w:b w:val="0"/>
          <w:color w:val="2446A6"/>
        </w:rPr>
        <w:t>[âge]</w:t>
      </w:r>
      <w:r>
        <w:rPr>
          <w:b w:val="0"/>
        </w:rPr>
        <w:t xml:space="preserve"> bougies. Je revois nos </w:t>
      </w:r>
      <w:r>
        <w:rPr>
          <w:b w:val="0"/>
          <w:color w:val="2446A6"/>
        </w:rPr>
        <w:t>[souvenir d'enfance : les dimanches à préparer des crêpes en écoutant Brassens]</w:t>
      </w:r>
      <w:r>
        <w:rPr>
          <w:b w:val="0"/>
        </w:rPr>
        <w:t xml:space="preserve">, et ton rire qui faisait trembler la cuisine. Tu as toujours eu ce don de </w:t>
      </w:r>
      <w:r>
        <w:rPr>
          <w:b w:val="0"/>
          <w:color w:val="2446A6"/>
        </w:rPr>
        <w:t>[qualité : rendre les jours ordinaires lumineux]</w:t>
      </w:r>
      <w:r>
        <w:rPr>
          <w:b w:val="0"/>
        </w:rPr>
        <w:t>.</w:t>
      </w:r>
    </w:p>
    <w:p>
      <w:r>
        <w:rPr>
          <w:b w:val="0"/>
        </w:rPr>
        <w:t xml:space="preserve">Quand je doute, c'est ton regard que je cherche, celui qui me dit sans un mot « vas-y, tu en es capable ». Tu es ma </w:t>
      </w:r>
      <w:r>
        <w:rPr>
          <w:b w:val="0"/>
          <w:color w:val="2446A6"/>
        </w:rPr>
        <w:t>[lien : sœur, confidente, repère]</w:t>
      </w:r>
      <w:r>
        <w:rPr>
          <w:b w:val="0"/>
        </w:rPr>
        <w:t>. Aujourd'hui, je te souhaite une année à la hauteur de ce que tu donnes aux autres : douce, joyeuse, pleine de ces petits bonheurs que tu sais si bien créer.</w:t>
      </w:r>
    </w:p>
    <w:p>
      <w:r>
        <w:rPr>
          <w:b w:val="0"/>
        </w:rPr>
        <w:t xml:space="preserve">On se retrouve bientôt pour </w:t>
      </w:r>
      <w:r>
        <w:rPr>
          <w:b w:val="0"/>
          <w:color w:val="2446A6"/>
        </w:rPr>
        <w:t>[activité : une balade en forêt]</w:t>
      </w:r>
      <w:r>
        <w:rPr>
          <w:b w:val="0"/>
        </w:rPr>
        <w:t xml:space="preserve">, comme avant. Joyeux anniversaire, ma </w:t>
      </w:r>
      <w:r>
        <w:rPr>
          <w:b w:val="0"/>
          <w:color w:val="2446A6"/>
        </w:rPr>
        <w:t>[prénom]</w:t>
      </w:r>
      <w:r>
        <w:rPr>
          <w:b w:val="0"/>
        </w:rPr>
        <w:t>. J'ai tellement de chance de t'avoir.</w:t>
      </w:r>
    </w:p>
    <w:p>
      <w:r>
        <w:rPr>
          <w:b w:val="0"/>
        </w:rPr>
        <w:t>Avec toute ma tendresse,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d'anniversaire pour sa sœur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