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Ma chère </w:t>
      </w:r>
      <w:r>
        <w:rPr>
          <w:b w:val="0"/>
          <w:color w:val="2446A6"/>
        </w:rPr>
        <w:t>[Sophie]</w:t>
      </w:r>
      <w:r>
        <w:rPr>
          <w:b w:val="0"/>
        </w:rPr>
        <w:t>,</w:t>
      </w:r>
    </w:p>
    <w:p>
      <w:r>
        <w:rPr>
          <w:b w:val="0"/>
        </w:rPr>
        <w:t>Je pense très fort à toi et à toute ta famille depuis l’annonce du départ de ta maman. J’ai tant de peine en imaginant ce vide immense.</w:t>
      </w:r>
    </w:p>
    <w:p>
      <w:r>
        <w:rPr>
          <w:b w:val="0"/>
        </w:rPr>
        <w:t>Je repense à cet après-midi de septembre où elle nous avait appris à faire ses confitures de mirabelles, les doigts collants de sucre et le fou rire quand le torchon a failli prendre feu. Son énergie joyeuse remplissait la cuisine.</w:t>
      </w:r>
    </w:p>
    <w:p>
      <w:r>
        <w:rPr>
          <w:b w:val="0"/>
        </w:rPr>
        <w:t>Si tu as besoin d’une présence pour parler ou simplement marcher un peu, je suis à deux rues, sans rendez-vous. Je t’embrasse très fort.</w:t>
      </w:r>
    </w:p>
    <w:p>
      <w:r>
        <w:rPr>
          <w:b w:val="0"/>
        </w:rPr>
        <w:t>Je t'embrasse très fort,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Quoi écrire sur une carte de condoléances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