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Chers tous,</w:t>
      </w:r>
    </w:p>
    <w:p>
      <w:r>
        <w:rPr>
          <w:b w:val="0"/>
        </w:rPr>
        <w:t xml:space="preserve">Je vous écris depuis la cuisine, avec l'odeur des clémentines et le carton des décorations ouvert sur la table. Cette année, je repense souvent au Noël où </w:t>
      </w:r>
      <w:r>
        <w:rPr>
          <w:b w:val="0"/>
          <w:color w:val="2446A6"/>
        </w:rPr>
        <w:t>[ton petit Léo]</w:t>
      </w:r>
      <w:r>
        <w:rPr>
          <w:b w:val="0"/>
        </w:rPr>
        <w:t xml:space="preserve"> a caché l'étoile dans le four et où nous l'avons retrouvée au moment de la dinde. J'aimerais que l'on se retrouve tous le </w:t>
      </w:r>
      <w:r>
        <w:rPr>
          <w:b w:val="0"/>
          <w:color w:val="2446A6"/>
        </w:rPr>
        <w:t>[samedi 20 décembre]</w:t>
      </w:r>
      <w:r>
        <w:rPr>
          <w:b w:val="0"/>
        </w:rPr>
        <w:t xml:space="preserve"> à la maison pour refaire la bûche ensemble, comme au temps où </w:t>
      </w:r>
      <w:r>
        <w:rPr>
          <w:b w:val="0"/>
          <w:color w:val="2446A6"/>
        </w:rPr>
        <w:t>[mamie Jeanne]</w:t>
      </w:r>
      <w:r>
        <w:rPr>
          <w:b w:val="0"/>
        </w:rPr>
        <w:t xml:space="preserve"> pesait la farine avec sa tasse bleue.</w:t>
      </w:r>
    </w:p>
    <w:p>
      <w:r>
        <w:rPr>
          <w:b w:val="0"/>
        </w:rPr>
        <w:t>Pour 2026, je nous souhaite des dimanches plus lents, des appels qui durent plus de dix minutes et un printemps où l'on pourra marcher jusqu'au lac sans se presser. Prenez soin de vous, écrivez-moi quand le travail pèse, et gardez une place dans le congélateur pour les sablés que je vais glisser dans vos boîtes.</w:t>
      </w:r>
    </w:p>
    <w:p>
      <w:r>
        <w:rPr>
          <w:b w:val="0"/>
        </w:rPr>
        <w:t>Je vous embrasse fort,</w:t>
      </w:r>
    </w:p>
    <w:p/>
    <w:p>
      <w:pPr>
        <w:jc w:val="right"/>
      </w:pPr>
      <w:r>
        <w:rPr>
          <w:b w:val="0"/>
        </w:rPr>
        <w:t>Claire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Textes de vœux de Noël et de nouvel an</dc:title>
  <dc:subject/>
  <dc:creator/>
  <cp:keywords/>
  <dc:description/>
  <cp:lastModifiedBy/>
  <cp:revision>1</cp:revision>
  <dcterms:created xsi:type="dcterms:W3CDTF">2013-12-23T23:15:00Z</dcterms:created>
  <dcterms:modified xsi:type="dcterms:W3CDTF">2013-12-23T23:15:00Z</dcterms:modified>
  <cp:category/>
</cp:coreProperties>
</file>