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[Adresse]</w:t>
      </w:r>
    </w:p>
    <w:p>
      <w:pPr>
        <w:spacing w:after="0"/>
      </w:pPr>
      <w:r>
        <w:rPr>
          <w:b w:val="0"/>
          <w:color w:val="2446A6"/>
        </w:rPr>
        <w:t>[Code postal]</w:t>
      </w:r>
      <w:r>
        <w:rPr>
          <w:b w:val="0"/>
        </w:rPr>
        <w:t xml:space="preserve"> </w:t>
      </w:r>
      <w:r>
        <w:rPr>
          <w:b w:val="0"/>
          <w:color w:val="2446A6"/>
        </w:rPr>
        <w:t>[Ville]</w:t>
      </w:r>
    </w:p>
    <w:p>
      <w:pPr>
        <w:spacing w:after="0"/>
      </w:pPr>
      <w:r>
        <w:rPr>
          <w:b w:val="0"/>
          <w:color w:val="2446A6"/>
        </w:rPr>
        <w:t>[Téléphone]</w:t>
      </w:r>
    </w:p>
    <w:p>
      <w:pPr>
        <w:spacing w:after="0"/>
      </w:pPr>
      <w:r>
        <w:rPr>
          <w:b w:val="0"/>
          <w:color w:val="2446A6"/>
        </w:rPr>
        <w:t>[Adresse e-mail]</w:t>
      </w:r>
    </w:p>
    <w:p/>
    <w:p>
      <w:pPr>
        <w:spacing w:after="0"/>
        <w:jc w:val="right"/>
      </w:pPr>
      <w:r>
        <w:rPr>
          <w:b w:val="0"/>
        </w:rPr>
        <w:t>Service Recrutement</w:t>
      </w:r>
    </w:p>
    <w:p>
      <w:pPr>
        <w:spacing w:after="0"/>
        <w:jc w:val="right"/>
      </w:pPr>
      <w:r>
        <w:rPr>
          <w:b w:val="0"/>
        </w:rPr>
        <w:t>Nom de l'entreprise</w:t>
      </w:r>
    </w:p>
    <w:p>
      <w:pPr>
        <w:spacing w:after="0"/>
        <w:jc w:val="right"/>
      </w:pPr>
      <w:r>
        <w:rPr>
          <w:b w:val="0"/>
          <w:color w:val="2446A6"/>
        </w:rPr>
        <w:t>[Adresse de l'entreprise]</w:t>
      </w:r>
    </w:p>
    <w:p>
      <w:pPr>
        <w:spacing w:after="0"/>
        <w:jc w:val="right"/>
      </w:pPr>
      <w:r>
        <w:rPr>
          <w:b w:val="0"/>
          <w:color w:val="2446A6"/>
        </w:rPr>
        <w:t>[Code postal]</w:t>
      </w:r>
      <w:r>
        <w:rPr>
          <w:b w:val="0"/>
        </w:rPr>
        <w:t xml:space="preserve"> </w:t>
      </w:r>
      <w:r>
        <w:rPr>
          <w:b w:val="0"/>
          <w:color w:val="2446A6"/>
        </w:rPr>
        <w:t>[Ville]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>, le 24 septembre 2026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 xml:space="preserve">Objet : Candidature au poste de </w:t>
      </w:r>
      <w:r>
        <w:rPr>
          <w:b/>
          <w:color w:val="2446A6"/>
        </w:rPr>
        <w:t>[intitulé du poste]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Étudiant en </w:t>
      </w:r>
      <w:r>
        <w:rPr>
          <w:b w:val="0"/>
          <w:color w:val="2446A6"/>
        </w:rPr>
        <w:t>[deuxième année de BTS Management Commercial Opérationnel]</w:t>
      </w:r>
      <w:r>
        <w:rPr>
          <w:b w:val="0"/>
        </w:rPr>
        <w:t xml:space="preserve"> au lycée </w:t>
      </w:r>
      <w:r>
        <w:rPr>
          <w:b w:val="0"/>
          <w:color w:val="2446A6"/>
        </w:rPr>
        <w:t>[Jean Lurçat à Paris]</w:t>
      </w:r>
      <w:r>
        <w:rPr>
          <w:b w:val="0"/>
        </w:rPr>
        <w:t xml:space="preserve">, je vous adresse ma candidature pour le poste de </w:t>
      </w:r>
      <w:r>
        <w:rPr>
          <w:b w:val="0"/>
          <w:color w:val="2446A6"/>
        </w:rPr>
        <w:t>[conseiller de vente en alternance]</w:t>
      </w:r>
      <w:r>
        <w:rPr>
          <w:b w:val="0"/>
        </w:rPr>
        <w:t xml:space="preserve"> que vous proposez à partir du </w:t>
      </w:r>
      <w:r>
        <w:rPr>
          <w:b w:val="0"/>
          <w:color w:val="2446A6"/>
        </w:rPr>
        <w:t>[1er septembre 2026]</w:t>
      </w:r>
      <w:r>
        <w:rPr>
          <w:b w:val="0"/>
        </w:rPr>
        <w:t>.</w:t>
      </w:r>
    </w:p>
    <w:p>
      <w:r>
        <w:rPr>
          <w:b w:val="0"/>
        </w:rPr>
        <w:t xml:space="preserve">Mon parcours m'a permis d'acquérir les bases de la relation client et de la gestion de rayon. Au-delà des cours, je pratique le </w:t>
      </w:r>
      <w:r>
        <w:rPr>
          <w:b w:val="0"/>
          <w:color w:val="2446A6"/>
        </w:rPr>
        <w:t>[basket-ball en compétition départementale]</w:t>
      </w:r>
      <w:r>
        <w:rPr>
          <w:b w:val="0"/>
        </w:rPr>
        <w:t xml:space="preserve"> depuis six ans, un sport qui m'a appris à gérer la pression des échéances et à fonctionner en équipe. Je suis également </w:t>
      </w:r>
      <w:r>
        <w:rPr>
          <w:b w:val="0"/>
          <w:color w:val="2446A6"/>
        </w:rPr>
        <w:t>[trésorier de l'association étudiante]</w:t>
      </w:r>
      <w:r>
        <w:rPr>
          <w:b w:val="0"/>
        </w:rPr>
        <w:t xml:space="preserve">, responsable d'un budget annuel de </w:t>
      </w:r>
      <w:r>
        <w:rPr>
          <w:b w:val="0"/>
          <w:color w:val="2446A6"/>
        </w:rPr>
        <w:t>[4 000 euros]</w:t>
      </w:r>
      <w:r>
        <w:rPr>
          <w:b w:val="0"/>
        </w:rPr>
        <w:t xml:space="preserve"> et de la négociation avec nos fournisseurs pour les événements du campus.</w:t>
      </w:r>
    </w:p>
    <w:p>
      <w:r>
        <w:rPr>
          <w:b w:val="0"/>
        </w:rPr>
        <w:t>Ces engagements, que vous retrouverez dans la rubrique « Centres d'intérêt » de mon CV, illustrent ma rigueur et mon sens du contact. Je serais heureux de vous en parler de vive voix lors d'un entretien.</w:t>
      </w:r>
    </w:p>
    <w:p>
      <w:r>
        <w:rPr>
          <w:b w:val="0"/>
        </w:rPr>
        <w:t>Dans cette attente, je vous prie d'agréer, Madame, Monsieur, l'expression de mes salutations distinguées.</w:t>
      </w:r>
    </w:p>
    <w:p/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un curriculum vitae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Centres d'intérêt à mettre sur un CV étudiant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