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color w:val="2446A6"/>
        </w:rPr>
        <w:t>[Madame/Monsieur]</w:t>
      </w:r>
      <w:r>
        <w:rPr>
          <w:b w:val="0"/>
        </w:rPr>
        <w:t xml:space="preserve"> </w:t>
      </w:r>
      <w:r>
        <w:rPr>
          <w:b w:val="0"/>
          <w:color w:val="2446A6"/>
        </w:rPr>
        <w:t>[Prénom Nom du destinataire]</w:t>
      </w:r>
    </w:p>
    <w:p>
      <w:pPr>
        <w:spacing w:after="0"/>
        <w:jc w:val="right"/>
      </w:pPr>
      <w:r>
        <w:rPr>
          <w:b w:val="0"/>
          <w:color w:val="2446A6"/>
        </w:rPr>
        <w:t>[Son poste]</w:t>
      </w:r>
    </w:p>
    <w:p>
      <w:pPr>
        <w:spacing w:after="0"/>
        <w:jc w:val="right"/>
      </w:pPr>
      <w:r>
        <w:rPr>
          <w:b w:val="0"/>
          <w:color w:val="2446A6"/>
        </w:rPr>
        <w:t>[Entreprise]</w:t>
      </w:r>
    </w:p>
    <w:p>
      <w:pPr>
        <w:spacing w:after="0"/>
        <w:jc w:val="right"/>
      </w:pPr>
      <w:r>
        <w:rPr>
          <w:b w:val="0"/>
          <w:color w:val="2446A6"/>
        </w:rPr>
        <w:t>[Adresse de l'entreprise]</w:t>
      </w:r>
    </w:p>
    <w:p/>
    <w:p>
      <w:pPr>
        <w:jc w:val="right"/>
      </w:pPr>
      <w:r>
        <w:rPr>
          <w:b w:val="0"/>
        </w:rPr>
        <w:t xml:space="preserve">À </w:t>
      </w:r>
      <w:r>
        <w:rPr>
          <w:b w:val="0"/>
          <w:color w:val="2446A6"/>
        </w:rPr>
        <w:t>[Paris]</w:t>
      </w:r>
      <w:r>
        <w:rPr>
          <w:b w:val="0"/>
        </w:rPr>
        <w:t xml:space="preserve">, le </w:t>
      </w:r>
      <w:r>
        <w:rPr>
          <w:b w:val="0"/>
          <w:color w:val="2446A6"/>
        </w:rPr>
        <w:t>[25 septembre 2026]</w:t>
      </w:r>
    </w:p>
    <w:p>
      <w:r>
        <w:rPr>
          <w:b/>
        </w:rPr>
        <w:t xml:space="preserve">Objet : Demande de lettre de recommandation pour un poste de </w:t>
      </w:r>
      <w:r>
        <w:rPr>
          <w:b/>
          <w:color w:val="2446A6"/>
        </w:rPr>
        <w:t>[Chef de projet marketing]</w:t>
      </w:r>
    </w:p>
    <w:p/>
    <w:p>
      <w:r>
        <w:rPr>
          <w:b w:val="0"/>
          <w:color w:val="2446A6"/>
        </w:rPr>
        <w:t>[Madame, Monsieur]</w:t>
      </w:r>
      <w:r>
        <w:rPr>
          <w:b w:val="0"/>
        </w:rPr>
        <w:t>,</w:t>
      </w:r>
    </w:p>
    <w:p>
      <w:r>
        <w:rPr>
          <w:b w:val="0"/>
        </w:rPr>
        <w:t xml:space="preserve">Je me permets de vous contacter aujourd'hui car j'ai conservé un excellent souvenir de notre collaboration au sein de </w:t>
      </w:r>
      <w:r>
        <w:rPr>
          <w:b w:val="0"/>
          <w:color w:val="2446A6"/>
        </w:rPr>
        <w:t>[l'agence X]</w:t>
      </w:r>
      <w:r>
        <w:rPr>
          <w:b w:val="0"/>
        </w:rPr>
        <w:t xml:space="preserve">, où j'ai occupé le poste de </w:t>
      </w:r>
      <w:r>
        <w:rPr>
          <w:b w:val="0"/>
          <w:color w:val="2446A6"/>
        </w:rPr>
        <w:t>[Responsable marketing junior]</w:t>
      </w:r>
      <w:r>
        <w:rPr>
          <w:b w:val="0"/>
        </w:rPr>
        <w:t xml:space="preserve"> sous votre direction de </w:t>
      </w:r>
      <w:r>
        <w:rPr>
          <w:b w:val="0"/>
          <w:color w:val="2446A6"/>
        </w:rPr>
        <w:t>[mars 2023]</w:t>
      </w:r>
      <w:r>
        <w:rPr>
          <w:b w:val="0"/>
        </w:rPr>
        <w:t xml:space="preserve"> à </w:t>
      </w:r>
      <w:r>
        <w:rPr>
          <w:b w:val="0"/>
          <w:color w:val="2446A6"/>
        </w:rPr>
        <w:t>[septembre 2025]</w:t>
      </w:r>
      <w:r>
        <w:rPr>
          <w:b w:val="0"/>
        </w:rPr>
        <w:t>. Votre regard sur mon travail et mes capacités a toujours compté pour moi.</w:t>
      </w:r>
    </w:p>
    <w:p>
      <w:r>
        <w:rPr>
          <w:b w:val="0"/>
        </w:rPr>
        <w:t xml:space="preserve">Dans le cadre de ma recherche d'un nouveau poste de </w:t>
      </w:r>
      <w:r>
        <w:rPr>
          <w:b w:val="0"/>
          <w:color w:val="2446A6"/>
        </w:rPr>
        <w:t>[Chef de projet marketing]</w:t>
      </w:r>
      <w:r>
        <w:rPr>
          <w:b w:val="0"/>
        </w:rPr>
        <w:t xml:space="preserve">, je souhaite présenter une candidature pour l'offre </w:t>
      </w:r>
      <w:r>
        <w:rPr>
          <w:b w:val="0"/>
          <w:color w:val="2446A6"/>
        </w:rPr>
        <w:t>[référence 2026-045]</w:t>
      </w:r>
      <w:r>
        <w:rPr>
          <w:b w:val="0"/>
        </w:rPr>
        <w:t xml:space="preserve"> chez </w:t>
      </w:r>
      <w:r>
        <w:rPr>
          <w:b w:val="0"/>
          <w:color w:val="2446A6"/>
        </w:rPr>
        <w:t>[l'entreprise Y]</w:t>
      </w:r>
      <w:r>
        <w:rPr>
          <w:b w:val="0"/>
        </w:rPr>
        <w:t xml:space="preserve">, dont la date limite est le </w:t>
      </w:r>
      <w:r>
        <w:rPr>
          <w:b w:val="0"/>
          <w:color w:val="2446A6"/>
        </w:rPr>
        <w:t>[15 octobre 2026]</w:t>
      </w:r>
      <w:r>
        <w:rPr>
          <w:b w:val="0"/>
        </w:rPr>
        <w:t>. Une lettre de recommandation de votre part renforcerait significativement mon dossier.</w:t>
      </w:r>
    </w:p>
    <w:p>
      <w:r>
        <w:rPr>
          <w:b w:val="0"/>
        </w:rPr>
        <w:t>Je vous transmets en pièce jointe mon curriculum vitae à jour, la description de l'offre et une liste de trois réalisations concrètes sur lesquelles vous pourriez vous appuyer. Si cela peut vous être utile, je me permets également de vous proposer une ébauche de lettre, que vous pourrez bien entendu modifier librement.</w:t>
      </w:r>
    </w:p>
    <w:p>
      <w:r>
        <w:rPr>
          <w:b w:val="0"/>
        </w:rPr>
        <w:t xml:space="preserve">Si vous acceptez de rédiger cette recommandation, je vous précise qu'elle peut être adressée directement au service recrutement de </w:t>
      </w:r>
      <w:r>
        <w:rPr>
          <w:b w:val="0"/>
          <w:color w:val="2446A6"/>
        </w:rPr>
        <w:t>[l'entreprise Y]</w:t>
      </w:r>
      <w:r>
        <w:rPr>
          <w:b w:val="0"/>
        </w:rPr>
        <w:t xml:space="preserve"> à l'adresse </w:t>
      </w:r>
      <w:r>
        <w:rPr>
          <w:b w:val="0"/>
          <w:color w:val="2446A6"/>
        </w:rPr>
        <w:t>[recrutement@entreprisey.com]</w:t>
      </w:r>
      <w:r>
        <w:rPr>
          <w:b w:val="0"/>
        </w:rPr>
        <w:t>, ou m'être envoyée pour que je l'intègre à mon dossier. Je reste naturellement à votre disposition pour tout renseignement complémentaire.</w:t>
      </w:r>
    </w:p>
    <w:p>
      <w:r>
        <w:rPr>
          <w:b w:val="0"/>
        </w:rPr>
        <w:t xml:space="preserve">En vous remerciant par avance du temps que vous voudrez bien me consacrer, je vous prie d'agréer, </w:t>
      </w:r>
      <w:r>
        <w:rPr>
          <w:b w:val="0"/>
          <w:color w:val="2446A6"/>
        </w:rPr>
        <w:t>[Madame, Monsieur]</w:t>
      </w:r>
      <w:r>
        <w:rPr>
          <w:b w:val="0"/>
        </w:rPr>
        <w:t>, l'expression de ma considération distinguée.</w:t>
      </w:r>
    </w:p>
    <w:p/>
    <w:p>
      <w:pPr>
        <w:jc w:val="right"/>
      </w:pPr>
      <w:r>
        <w:rPr>
          <w:b w:val="0"/>
          <w:color w:val="2446A6"/>
        </w:rPr>
        <w:t>[Prénom Nom]</w:t>
      </w:r>
    </w:p>
    <w:p/>
    <w:p>
      <w:r>
        <w:rPr>
          <w:b w:val="0"/>
        </w:rPr>
        <w:t>Pièces jointes : curriculum vitae, description de l'offre, ébauche de lettre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demander une lettre de recommandation</dc:title>
  <dc:subject/>
  <dc:creator/>
  <cp:keywords/>
  <dc:description/>
  <cp:lastModifiedBy/>
  <cp:revision>1</cp:revision>
  <dcterms:created xsi:type="dcterms:W3CDTF">2013-12-23T23:15:00Z</dcterms:created>
  <dcterms:modified xsi:type="dcterms:W3CDTF">2013-12-23T23:15:00Z</dcterms:modified>
  <cp:category/>
</cp:coreProperties>
</file>