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Dear Margaret,</w:t>
      </w:r>
    </w:p>
    <w:p>
      <w:r>
        <w:rPr>
          <w:b w:val="0"/>
        </w:rPr>
        <w:t>I was so sorry to hear about your mother's passing. I remember the afternoon she taught us to make her lemon cake in your kitchen on Elm Street, and how she laughed when I dropped the flour all over the floor.</w:t>
      </w:r>
    </w:p>
    <w:p>
      <w:r>
        <w:rPr>
          <w:b w:val="0"/>
        </w:rPr>
        <w:t>She had a way of making everyone feel welcome, and I know how much you will miss her. Please know that I am thinking of you and your family during this difficult time.</w:t>
      </w:r>
    </w:p>
    <w:p>
      <w:r>
        <w:rPr>
          <w:b w:val="0"/>
        </w:rPr>
        <w:t>If there is anything I can do — bring dinner over, help with the arrangements, or simply sit with you — please call me at any hour. I am here.</w:t>
      </w:r>
    </w:p>
    <w:p>
      <w:r>
        <w:rPr>
          <w:b w:val="0"/>
        </w:rPr>
        <w:t>With deepest sympathy,</w:t>
      </w:r>
    </w:p>
    <w:p>
      <w:r>
        <w:rPr>
          <w:b w:val="0"/>
        </w:rPr>
        <w:t>With deepest sympathy,</w:t>
      </w:r>
    </w:p>
    <w:p/>
    <w:p>
      <w:pPr>
        <w:jc w:val="right"/>
      </w:pPr>
      <w:r>
        <w:rPr>
          <w:b w:val="0"/>
          <w:color w:val="2446A6"/>
        </w:rPr>
        <w:t>[Claire]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en anglais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