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Tilleuls, 44000 Nantes]</w:t>
      </w:r>
    </w:p>
    <w:p>
      <w:pPr>
        <w:spacing w:after="0"/>
      </w:pPr>
      <w:r>
        <w:rPr>
          <w:b w:val="0"/>
          <w:color w:val="2446A6"/>
        </w:rPr>
        <w:t>[06 12 34 56 78 — prenom.nom@email.fr]</w:t>
      </w:r>
    </w:p>
    <w:p/>
    <w:p>
      <w:pPr>
        <w:spacing w:after="0"/>
        <w:jc w:val="right"/>
      </w:pPr>
      <w:r>
        <w:rPr>
          <w:b w:val="0"/>
        </w:rPr>
        <w:t>Agence nationale de traitement automatisé des infractions (ANTAI)</w:t>
      </w:r>
    </w:p>
    <w:p>
      <w:pPr>
        <w:spacing w:after="0"/>
        <w:jc w:val="right"/>
      </w:pPr>
      <w:r>
        <w:rPr>
          <w:b w:val="0"/>
        </w:rPr>
        <w:t>Service des contestations</w:t>
      </w:r>
    </w:p>
    <w:p>
      <w:pPr>
        <w:spacing w:after="0"/>
        <w:jc w:val="right"/>
      </w:pPr>
      <w:r>
        <w:rPr>
          <w:b w:val="0"/>
        </w:rPr>
        <w:t>35174 Rennes Cedex 9</w:t>
      </w:r>
    </w:p>
    <w:p/>
    <w:p>
      <w:pPr>
        <w:jc w:val="right"/>
      </w:pPr>
      <w:r>
        <w:rPr>
          <w:b w:val="0"/>
        </w:rPr>
        <w:t xml:space="preserve">À </w:t>
      </w:r>
      <w:r>
        <w:rPr>
          <w:b w:val="0"/>
          <w:color w:val="2446A6"/>
        </w:rPr>
        <w:t>[Nantes]</w:t>
      </w:r>
      <w:r>
        <w:rPr>
          <w:b w:val="0"/>
        </w:rPr>
        <w:t xml:space="preserve">, le </w:t>
      </w:r>
      <w:r>
        <w:rPr>
          <w:b w:val="0"/>
          <w:color w:val="2446A6"/>
        </w:rPr>
        <w:t>[24 septembre 2026]</w:t>
      </w:r>
    </w:p>
    <w:p>
      <w:pPr>
        <w:spacing w:after="0"/>
      </w:pPr>
      <w:r>
        <w:rPr>
          <w:b/>
        </w:rPr>
        <w:t>Lettre recommandée avec accusé de réception</w:t>
      </w:r>
    </w:p>
    <w:p>
      <w:r>
        <w:rPr>
          <w:b/>
        </w:rPr>
        <w:t xml:space="preserve">Objet : requête en exonération — avis de contravention n° </w:t>
      </w:r>
      <w:r>
        <w:rPr>
          <w:b/>
          <w:color w:val="2446A6"/>
        </w:rPr>
        <w:t>[1234567890]</w:t>
      </w:r>
      <w:r>
        <w:rPr>
          <w:b/>
        </w:rPr>
        <w:t xml:space="preserve"> du </w:t>
      </w:r>
      <w:r>
        <w:rPr>
          <w:b/>
          <w:color w:val="2446A6"/>
        </w:rPr>
        <w:t>[2 août 2026]</w:t>
      </w:r>
      <w:r>
        <w:rPr>
          <w:b/>
        </w:rPr>
        <w:t>, adresse de notification erronée</w:t>
      </w:r>
    </w:p>
    <w:p/>
    <w:p>
      <w:r>
        <w:rPr>
          <w:b w:val="0"/>
        </w:rPr>
        <w:t>Madame, Monsieur,</w:t>
      </w:r>
    </w:p>
    <w:p>
      <w:r>
        <w:rPr>
          <w:b w:val="0"/>
        </w:rPr>
        <w:t xml:space="preserve">Je conteste l'avis de contravention n° </w:t>
      </w:r>
      <w:r>
        <w:rPr>
          <w:b w:val="0"/>
          <w:color w:val="2446A6"/>
        </w:rPr>
        <w:t>[1234567890]</w:t>
      </w:r>
      <w:r>
        <w:rPr>
          <w:b w:val="0"/>
        </w:rPr>
        <w:t xml:space="preserve"> émis le </w:t>
      </w:r>
      <w:r>
        <w:rPr>
          <w:b w:val="0"/>
          <w:color w:val="2446A6"/>
        </w:rPr>
        <w:t>[2 août 2026]</w:t>
      </w:r>
      <w:r>
        <w:rPr>
          <w:b w:val="0"/>
        </w:rPr>
        <w:t xml:space="preserve"> pour un excès de vitesse de </w:t>
      </w:r>
      <w:r>
        <w:rPr>
          <w:b w:val="0"/>
          <w:color w:val="2446A6"/>
        </w:rPr>
        <w:t>[12 km/h]</w:t>
      </w:r>
      <w:r>
        <w:rPr>
          <w:b w:val="0"/>
        </w:rPr>
        <w:t xml:space="preserve"> relevé le </w:t>
      </w:r>
      <w:r>
        <w:rPr>
          <w:b w:val="0"/>
          <w:color w:val="2446A6"/>
        </w:rPr>
        <w:t>[28 juillet 2026]</w:t>
      </w:r>
      <w:r>
        <w:rPr>
          <w:b w:val="0"/>
        </w:rPr>
        <w:t xml:space="preserve"> à </w:t>
      </w:r>
      <w:r>
        <w:rPr>
          <w:b w:val="0"/>
          <w:color w:val="2446A6"/>
        </w:rPr>
        <w:t>[Bordeaux]</w:t>
      </w:r>
      <w:r>
        <w:rPr>
          <w:b w:val="0"/>
        </w:rPr>
        <w:t xml:space="preserve">, et notifié à l'adresse </w:t>
      </w:r>
      <w:r>
        <w:rPr>
          <w:b w:val="0"/>
          <w:color w:val="2446A6"/>
        </w:rPr>
        <w:t>[8 avenue de la République, 33000 Bordeaux]</w:t>
      </w:r>
      <w:r>
        <w:rPr>
          <w:b w:val="0"/>
        </w:rPr>
        <w:t>.</w:t>
      </w:r>
    </w:p>
    <w:p>
      <w:r>
        <w:rPr>
          <w:b w:val="0"/>
        </w:rPr>
        <w:t xml:space="preserve">Cette adresse n'est pas la mienne. Je réside au </w:t>
      </w:r>
      <w:r>
        <w:rPr>
          <w:b w:val="0"/>
          <w:color w:val="2446A6"/>
        </w:rPr>
        <w:t>[12 rue des Tilleuls, 44000 Nantes]</w:t>
      </w:r>
      <w:r>
        <w:rPr>
          <w:b w:val="0"/>
        </w:rPr>
        <w:t xml:space="preserve"> depuis le </w:t>
      </w:r>
      <w:r>
        <w:rPr>
          <w:b w:val="0"/>
          <w:color w:val="2446A6"/>
        </w:rPr>
        <w:t>[1er mars 2021]</w:t>
      </w:r>
      <w:r>
        <w:rPr>
          <w:b w:val="0"/>
        </w:rPr>
        <w:t xml:space="preserve">, comme l'attestent mon bail, mes quittances d'énergie et mon avis d'imposition. Le véhicule concerné, immatriculé </w:t>
      </w:r>
      <w:r>
        <w:rPr>
          <w:b w:val="0"/>
          <w:color w:val="2446A6"/>
        </w:rPr>
        <w:t>[AB-123-CD]</w:t>
      </w:r>
      <w:r>
        <w:rPr>
          <w:b w:val="0"/>
        </w:rPr>
        <w:t>, m'appartient, mais aucun courrier de l'ANTAI ne m'a été remis à mon domicile : l'avis a été distribué à une ancienne adresse figurant encore dans le fichier des immatriculations.</w:t>
      </w:r>
    </w:p>
    <w:p>
      <w:r>
        <w:rPr>
          <w:b w:val="0"/>
        </w:rPr>
        <w:t xml:space="preserve">Je joins la copie du certificat d'immatriculation, un justificatif de domicile de moins de trois mois et la copie de la carte grise portant mon adresse actuelle. Je demande l'exonération de l'amende de </w:t>
      </w:r>
      <w:r>
        <w:rPr>
          <w:b w:val="0"/>
          <w:color w:val="2446A6"/>
        </w:rPr>
        <w:t>[135 €]</w:t>
      </w:r>
      <w:r>
        <w:rPr>
          <w:b w:val="0"/>
        </w:rPr>
        <w:t xml:space="preserve"> et l'annulation des </w:t>
      </w:r>
      <w:r>
        <w:rPr>
          <w:b w:val="0"/>
          <w:color w:val="2446A6"/>
        </w:rPr>
        <w:t>[4 points]</w:t>
      </w:r>
      <w:r>
        <w:rPr>
          <w:b w:val="0"/>
        </w:rPr>
        <w:t xml:space="preserve"> retirés, la notification n'ayant pas été faite à l'adresse réelle du titulaire du certificat d'immatriculation.</w:t>
      </w:r>
    </w:p>
    <w:p>
      <w:r>
        <w:rPr>
          <w:b w:val="0"/>
        </w:rPr>
        <w:t>Si une régularisation du fichier des immatriculations est nécessaire, je reste à votre disposition pour fournir tout document complémentaire.</w:t>
      </w:r>
    </w:p>
    <w:p>
      <w:r>
        <w:rPr>
          <w:b w:val="0"/>
        </w:rPr>
        <w:t>Je vous prie d'agréer, Madame, Monsieur, l'expression de mes salutations distinguées.</w:t>
      </w:r>
    </w:p>
    <w:p/>
    <w:p>
      <w:pPr>
        <w:jc w:val="right"/>
      </w:pPr>
      <w:r>
        <w:rPr>
          <w:b w:val="0"/>
          <w:color w:val="2446A6"/>
        </w:rPr>
        <w:t>[Prénom Nom]</w:t>
      </w:r>
    </w:p>
    <w:p/>
    <w:p>
      <w:r>
        <w:rPr>
          <w:b w:val="0"/>
        </w:rPr>
        <w:t>Pièces jointes : copie du certificat d'immatriculation, justificatif de domicile de moins de 3 mois, copie de l'avis de contravention, copie de la carte d'identité.</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d'une amende envoyée à une mauvaise adresse</dc:title>
  <dc:subject/>
  <dc:creator/>
  <cp:keywords/>
  <dc:description/>
  <cp:lastModifiedBy/>
  <cp:revision>1</cp:revision>
  <dcterms:created xsi:type="dcterms:W3CDTF">2013-12-23T23:15:00Z</dcterms:created>
  <dcterms:modified xsi:type="dcterms:W3CDTF">2013-12-23T23:15:00Z</dcterms:modified>
  <cp:category/>
</cp:coreProperties>
</file>