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[numéro]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[adresse]</w:t>
      </w:r>
    </w:p>
    <w:p/>
    <w:p>
      <w:pPr>
        <w:spacing w:after="0"/>
        <w:jc w:val="right"/>
      </w:pPr>
      <w:r>
        <w:rPr>
          <w:b w:val="0"/>
        </w:rPr>
        <w:t>Monsieur l'Officier du Ministère public</w:t>
      </w:r>
    </w:p>
    <w:p>
      <w:pPr>
        <w:spacing w:after="0"/>
        <w:jc w:val="right"/>
      </w:pPr>
      <w:r>
        <w:rPr>
          <w:b w:val="0"/>
        </w:rPr>
        <w:t xml:space="preserve">Tribunal de police de </w:t>
      </w:r>
      <w:r>
        <w:rPr>
          <w:b w:val="0"/>
          <w:color w:val="2446A6"/>
        </w:rPr>
        <w:t>[Ville]</w:t>
      </w:r>
    </w:p>
    <w:p>
      <w:pPr>
        <w:spacing w:after="0"/>
        <w:jc w:val="right"/>
      </w:pPr>
      <w:r>
        <w:rPr>
          <w:b w:val="0"/>
          <w:color w:val="2446A6"/>
        </w:rPr>
        <w:t>[Adresse du tribunal]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Contestation d'une amende pour un véhicule vendu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Le </w:t>
      </w:r>
      <w:r>
        <w:rPr>
          <w:b w:val="0"/>
          <w:color w:val="2446A6"/>
        </w:rPr>
        <w:t>[date de réception]</w:t>
      </w:r>
      <w:r>
        <w:rPr>
          <w:b w:val="0"/>
        </w:rPr>
        <w:t>, j'ai reçu l'avis de contravention n°</w:t>
      </w:r>
      <w:r>
        <w:rPr>
          <w:b w:val="0"/>
          <w:color w:val="2446A6"/>
        </w:rPr>
        <w:t>[numéro]</w:t>
      </w:r>
      <w:r>
        <w:rPr>
          <w:b w:val="0"/>
        </w:rPr>
        <w:t xml:space="preserve"> pour une infraction commise le </w:t>
      </w:r>
      <w:r>
        <w:rPr>
          <w:b w:val="0"/>
          <w:color w:val="2446A6"/>
        </w:rPr>
        <w:t>[date des faits]</w:t>
      </w:r>
      <w:r>
        <w:rPr>
          <w:b w:val="0"/>
        </w:rPr>
        <w:t xml:space="preserve"> à </w:t>
      </w:r>
      <w:r>
        <w:rPr>
          <w:b w:val="0"/>
          <w:color w:val="2446A6"/>
        </w:rPr>
        <w:t>[lieu]</w:t>
      </w:r>
      <w:r>
        <w:rPr>
          <w:b w:val="0"/>
        </w:rPr>
        <w:t xml:space="preserve"> avec le véhicule immatriculé </w:t>
      </w:r>
      <w:r>
        <w:rPr>
          <w:b w:val="0"/>
          <w:color w:val="2446A6"/>
        </w:rPr>
        <w:t>[immatriculation]</w:t>
      </w:r>
      <w:r>
        <w:rPr>
          <w:b w:val="0"/>
        </w:rPr>
        <w:t>.</w:t>
      </w:r>
    </w:p>
    <w:p>
      <w:r>
        <w:rPr>
          <w:b w:val="0"/>
        </w:rPr>
        <w:t xml:space="preserve">Ce véhicule a été cédé le </w:t>
      </w:r>
      <w:r>
        <w:rPr>
          <w:b w:val="0"/>
          <w:color w:val="2446A6"/>
        </w:rPr>
        <w:t>[date de vente]</w:t>
      </w:r>
      <w:r>
        <w:rPr>
          <w:b w:val="0"/>
        </w:rPr>
        <w:t xml:space="preserve"> à </w:t>
      </w:r>
      <w:r>
        <w:rPr>
          <w:b w:val="0"/>
          <w:color w:val="2446A6"/>
        </w:rPr>
        <w:t>[nom de l'acheteur]</w:t>
      </w:r>
      <w:r>
        <w:rPr>
          <w:b w:val="0"/>
        </w:rPr>
        <w:t xml:space="preserve">, comme l'atteste le formulaire Cerfa 15776*01 de déclaration de cession joint à ce courrier. La carte grise barrée, portant la mention « vendu le </w:t>
      </w:r>
      <w:r>
        <w:rPr>
          <w:b w:val="0"/>
          <w:color w:val="2446A6"/>
        </w:rPr>
        <w:t>[date de vente]</w:t>
      </w:r>
      <w:r>
        <w:rPr>
          <w:b w:val="0"/>
        </w:rPr>
        <w:t xml:space="preserve"> », confirme le transfert de propriété.</w:t>
      </w:r>
    </w:p>
    <w:p>
      <w:r>
        <w:rPr>
          <w:b w:val="0"/>
        </w:rPr>
        <w:t>Conformément à l'article L121-6 du Code de la route, la responsabilité pécuniaire de l'amende incombe au nouveau propriétaire à compter de la date de cession. Je ne peux donc être tenu pour responsable de cette infraction.</w:t>
      </w:r>
    </w:p>
    <w:p>
      <w:r>
        <w:rPr>
          <w:b w:val="0"/>
        </w:rPr>
        <w:t>Je vous demande de bien vouloir annuler cette amende et de transférer la contravention au conducteur réellement responsable. Je me tiens à votre disposition pour tout renseignement complémentaire.</w:t>
      </w:r>
    </w:p>
    <w:p>
      <w:r>
        <w:rPr>
          <w:b w:val="0"/>
        </w:rPr>
        <w:t>Dans l'attente de votre retour, 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copie du formulaire Cerfa 15776*01, copie de la carte grise barrée, copie de l'avis de contravention.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d'une amende pour un véhicule vendu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